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F6520F" w14:textId="77777777" w:rsidR="009B0595" w:rsidRPr="00E56523" w:rsidRDefault="009D54DA" w:rsidP="00567A65">
      <w:pPr>
        <w:pStyle w:val="Title"/>
        <w:rPr>
          <w:color w:val="806A49"/>
        </w:rPr>
      </w:pPr>
      <w:r>
        <w:rPr>
          <w:noProof/>
          <w:color w:val="806A49"/>
        </w:rPr>
        <mc:AlternateContent>
          <mc:Choice Requires="wpg">
            <w:drawing>
              <wp:anchor distT="0" distB="0" distL="114300" distR="114300" simplePos="0" relativeHeight="251669504" behindDoc="0" locked="0" layoutInCell="1" allowOverlap="1" wp14:anchorId="596E6E35" wp14:editId="2F2F53A8">
                <wp:simplePos x="0" y="0"/>
                <wp:positionH relativeFrom="page">
                  <wp:align>left</wp:align>
                </wp:positionH>
                <wp:positionV relativeFrom="page">
                  <wp:align>center</wp:align>
                </wp:positionV>
                <wp:extent cx="244800" cy="10213200"/>
                <wp:effectExtent l="50800" t="25400" r="60325" b="74295"/>
                <wp:wrapSquare wrapText="bothSides"/>
                <wp:docPr id="498431237"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524511654" name="Group 13"/>
                        <wpg:cNvGrpSpPr/>
                        <wpg:grpSpPr>
                          <a:xfrm>
                            <a:off x="0" y="0"/>
                            <a:ext cx="163775" cy="10213245"/>
                            <a:chOff x="0" y="0"/>
                            <a:chExt cx="163775" cy="10213245"/>
                          </a:xfrm>
                        </wpg:grpSpPr>
                        <wps:wsp>
                          <wps:cNvPr id="315590161"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1917344332"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461202912"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320806456"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439CC38" id="Group 14" o:spid="_x0000_s1026" style="position:absolute;margin-left:0;margin-top:0;width:19.3pt;height:804.2pt;z-index:251669504;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sidR="00124425" w:rsidRPr="00E56523">
        <w:rPr>
          <w:color w:val="806A49"/>
        </w:rPr>
        <w:t>Portfolio de projets</w:t>
      </w:r>
    </w:p>
    <w:p w14:paraId="1DB70D40" w14:textId="77777777" w:rsidR="000132B2" w:rsidRPr="000132B2" w:rsidRDefault="00567A65" w:rsidP="00E56523">
      <w:pPr>
        <w:rPr>
          <w:rStyle w:val="SubtleEmphasis"/>
        </w:rPr>
      </w:pPr>
      <w:r>
        <w:t>2021-2026</w:t>
      </w:r>
    </w:p>
    <w:p w14:paraId="12841736" w14:textId="77777777" w:rsidR="00163877" w:rsidRDefault="00000000" w:rsidP="00E56523">
      <w:pPr>
        <w:pStyle w:val="Subtitle"/>
        <w:rPr>
          <w:rStyle w:val="SubtleEmphasis"/>
        </w:rPr>
      </w:pPr>
      <w:r w:rsidRPr="00E56523">
        <w:rPr>
          <w:rStyle w:val="SubtleEmphasis"/>
        </w:rPr>
        <w:t>Ingénierie mécanique et design produit</w:t>
      </w:r>
    </w:p>
    <w:p w14:paraId="707B269D" w14:textId="77777777" w:rsidR="00477106" w:rsidRDefault="00477106" w:rsidP="00567A65"/>
    <w:p w14:paraId="3F85577C" w14:textId="77777777" w:rsidR="00124425" w:rsidRDefault="00124425" w:rsidP="00567A65"/>
    <w:p w14:paraId="797A1306" w14:textId="77777777" w:rsidR="00124425" w:rsidRDefault="00156C1A" w:rsidP="00567A65">
      <w:r>
        <w:rPr>
          <w:b/>
          <w:bCs/>
          <w:noProof/>
        </w:rPr>
        <mc:AlternateContent>
          <mc:Choice Requires="wps">
            <w:drawing>
              <wp:anchor distT="0" distB="0" distL="114300" distR="114300" simplePos="0" relativeHeight="251676672" behindDoc="0" locked="0" layoutInCell="1" allowOverlap="1" wp14:anchorId="4BFC428C" wp14:editId="45A917C4">
                <wp:simplePos x="0" y="0"/>
                <wp:positionH relativeFrom="column">
                  <wp:posOffset>102870</wp:posOffset>
                </wp:positionH>
                <wp:positionV relativeFrom="paragraph">
                  <wp:posOffset>2847340</wp:posOffset>
                </wp:positionV>
                <wp:extent cx="3265805" cy="220345"/>
                <wp:effectExtent l="0" t="0" r="0" b="0"/>
                <wp:wrapNone/>
                <wp:docPr id="1759308414" name="Text Box 12"/>
                <wp:cNvGraphicFramePr/>
                <a:graphic xmlns:a="http://schemas.openxmlformats.org/drawingml/2006/main">
                  <a:graphicData uri="http://schemas.microsoft.com/office/word/2010/wordprocessingShape">
                    <wps:wsp>
                      <wps:cNvSpPr txBox="1"/>
                      <wps:spPr>
                        <a:xfrm>
                          <a:off x="0" y="0"/>
                          <a:ext cx="3265805" cy="220345"/>
                        </a:xfrm>
                        <a:prstGeom prst="rect">
                          <a:avLst/>
                        </a:prstGeom>
                        <a:noFill/>
                        <a:ln w="6350">
                          <a:noFill/>
                        </a:ln>
                      </wps:spPr>
                      <wps:txbx>
                        <w:txbxContent>
                          <w:p w14:paraId="17EBEE4B" w14:textId="77777777" w:rsidR="00156C1A" w:rsidRPr="00156C1A" w:rsidRDefault="00156C1A" w:rsidP="00156C1A">
                            <w:pPr>
                              <w:pStyle w:val="Caption"/>
                              <w:jc w:val="center"/>
                              <w:rPr>
                                <w:rStyle w:val="Emphasis"/>
                              </w:rPr>
                            </w:pPr>
                            <w:r w:rsidRPr="00156C1A">
                              <w:rPr>
                                <w:rStyle w:val="Emphasis"/>
                              </w:rPr>
                              <w:t>Concept iPhone Fx, Vue éclatée issue de ma modélisation CAO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FC428C" id="_x0000_t202" coordsize="21600,21600" o:spt="202" path="m,l,21600r21600,l21600,xe">
                <v:stroke joinstyle="miter"/>
                <v:path gradientshapeok="t" o:connecttype="rect"/>
              </v:shapetype>
              <v:shape id="Text Box 12" o:spid="_x0000_s1026" type="#_x0000_t202" style="position:absolute;margin-left:8.1pt;margin-top:224.2pt;width:257.15pt;height:17.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" filled="f" stroked="f" strokeweight=".5pt">
                <v:textbox>
                  <w:txbxContent>
                    <w:p w14:paraId="17EBEE4B" w14:textId="77777777" w:rsidR="00156C1A" w:rsidRPr="00156C1A" w:rsidRDefault="00156C1A" w:rsidP="00156C1A">
                      <w:pPr>
                        <w:pStyle w:val="Caption"/>
                        <w:jc w:val="center"/>
                        <w:rPr>
                          <w:rStyle w:val="Emphasis"/>
                        </w:rPr>
                      </w:pPr>
                      <w:r w:rsidRPr="00156C1A">
                        <w:rPr>
                          <w:rStyle w:val="Emphasis"/>
                        </w:rPr>
                        <w:t>Concept iPhone Fx, Vue éclatée issue de ma modélisation CAO</w:t>
                      </w:r>
                    </w:p>
                  </w:txbxContent>
                </v:textbox>
              </v:shape>
            </w:pict>
          </mc:Fallback>
        </mc:AlternateContent>
      </w:r>
      <w:r>
        <w:rPr>
          <w:b/>
          <w:bCs/>
          <w:noProof/>
        </w:rPr>
        <mc:AlternateContent>
          <mc:Choice Requires="wps">
            <w:drawing>
              <wp:anchor distT="0" distB="0" distL="114300" distR="114300" simplePos="0" relativeHeight="251682816" behindDoc="0" locked="0" layoutInCell="1" allowOverlap="1" wp14:anchorId="50926DD6" wp14:editId="03019BD7">
                <wp:simplePos x="0" y="0"/>
                <wp:positionH relativeFrom="column">
                  <wp:posOffset>3886835</wp:posOffset>
                </wp:positionH>
                <wp:positionV relativeFrom="paragraph">
                  <wp:posOffset>2038985</wp:posOffset>
                </wp:positionV>
                <wp:extent cx="2736850" cy="375285"/>
                <wp:effectExtent l="0" t="0" r="0" b="0"/>
                <wp:wrapNone/>
                <wp:docPr id="714810511" name="Text Box 12"/>
                <wp:cNvGraphicFramePr/>
                <a:graphic xmlns:a="http://schemas.openxmlformats.org/drawingml/2006/main">
                  <a:graphicData uri="http://schemas.microsoft.com/office/word/2010/wordprocessingShape">
                    <wps:wsp>
                      <wps:cNvSpPr txBox="1"/>
                      <wps:spPr>
                        <a:xfrm>
                          <a:off x="0" y="0"/>
                          <a:ext cx="2736850" cy="375285"/>
                        </a:xfrm>
                        <a:prstGeom prst="rect">
                          <a:avLst/>
                        </a:prstGeom>
                        <a:noFill/>
                        <a:ln w="6350">
                          <a:noFill/>
                        </a:ln>
                      </wps:spPr>
                      <wps:txbx>
                        <w:txbxContent>
                          <w:p w14:paraId="0D2BCDD1" w14:textId="77777777" w:rsidR="00156C1A" w:rsidRPr="00156C1A" w:rsidRDefault="00156C1A" w:rsidP="00156C1A">
                            <w:pPr>
                              <w:pStyle w:val="Caption"/>
                              <w:jc w:val="center"/>
                              <w:rPr>
                                <w:rStyle w:val="Emphasis"/>
                              </w:rPr>
                            </w:pPr>
                            <w:r>
                              <w:t>Maquette Mirage 2000-5 avant livraison à la Direction Générale des Armements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26DD6" id="_x0000_s1027" type="#_x0000_t202" style="position:absolute;margin-left:306.05pt;margin-top:160.55pt;width:215.5pt;height:29.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" filled="f" stroked="f" strokeweight=".5pt">
                <v:textbox>
                  <w:txbxContent>
                    <w:p w14:paraId="0D2BCDD1" w14:textId="77777777" w:rsidR="00156C1A" w:rsidRPr="00156C1A" w:rsidRDefault="00156C1A" w:rsidP="00156C1A">
                      <w:pPr>
                        <w:pStyle w:val="Caption"/>
                        <w:jc w:val="center"/>
                        <w:rPr>
                          <w:rStyle w:val="Emphasis"/>
                        </w:rPr>
                      </w:pPr>
                      <w:r>
                        <w:t>Maquette Mirage 2000-5 avant livraison à la Direction Générale des Armements</w:t>
                      </w:r>
                    </w:p>
                  </w:txbxContent>
                </v:textbox>
              </v:shape>
            </w:pict>
          </mc:Fallback>
        </mc:AlternateContent>
      </w:r>
      <w:r>
        <w:rPr>
          <w:noProof/>
        </w:rPr>
        <w:drawing>
          <wp:anchor distT="0" distB="0" distL="114300" distR="114300" simplePos="0" relativeHeight="251672576" behindDoc="0" locked="0" layoutInCell="1" allowOverlap="1" wp14:anchorId="72656D51" wp14:editId="6FC42E37">
            <wp:simplePos x="0" y="0"/>
            <wp:positionH relativeFrom="column">
              <wp:posOffset>3885565</wp:posOffset>
            </wp:positionH>
            <wp:positionV relativeFrom="paragraph">
              <wp:posOffset>155575</wp:posOffset>
            </wp:positionV>
            <wp:extent cx="2738120" cy="1825625"/>
            <wp:effectExtent l="152400" t="152400" r="195580" b="244475"/>
            <wp:wrapNone/>
            <wp:docPr id="9001309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30980" name="Picture 900130980"/>
                    <pic:cNvPicPr/>
                  </pic:nvPicPr>
                  <pic:blipFill>
                    <a:blip r:embed="rId8"/>
                    <a:stretch>
                      <a:fillRect/>
                    </a:stretch>
                  </pic:blipFill>
                  <pic:spPr>
                    <a:xfrm>
                      <a:off x="0" y="0"/>
                      <a:ext cx="2738120" cy="1825625"/>
                    </a:xfrm>
                    <a:prstGeom prst="rect">
                      <a:avLst/>
                    </a:prstGeom>
                    <a:ln>
                      <a:noFill/>
                    </a:ln>
                    <a:effectLst>
                      <a:outerShdw blurRad="292100" dist="139700" dir="2700000" sx="94084" sy="94084"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2765EEEE" wp14:editId="542DED24">
            <wp:simplePos x="0" y="0"/>
            <wp:positionH relativeFrom="column">
              <wp:posOffset>-76835</wp:posOffset>
            </wp:positionH>
            <wp:positionV relativeFrom="paragraph">
              <wp:posOffset>355600</wp:posOffset>
            </wp:positionV>
            <wp:extent cx="3445510" cy="2466340"/>
            <wp:effectExtent l="0" t="0" r="0" b="0"/>
            <wp:wrapNone/>
            <wp:docPr id="1" name="Picture 1" descr="Vue éclatée CAO du concept académique iPhone 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ji_cao_eclate.png"/>
                    <pic:cNvPicPr/>
                  </pic:nvPicPr>
                  <pic:blipFill>
                    <a:blip r:embed="rId9"/>
                    <a:stretch>
                      <a:fillRect/>
                    </a:stretch>
                  </pic:blipFill>
                  <pic:spPr>
                    <a:xfrm>
                      <a:off x="0" y="0"/>
                      <a:ext cx="3445510" cy="2466340"/>
                    </a:xfrm>
                    <a:prstGeom prst="rect">
                      <a:avLst/>
                    </a:prstGeom>
                  </pic:spPr>
                </pic:pic>
              </a:graphicData>
            </a:graphic>
            <wp14:sizeRelH relativeFrom="page">
              <wp14:pctWidth>0</wp14:pctWidth>
            </wp14:sizeRelH>
            <wp14:sizeRelV relativeFrom="page">
              <wp14:pctHeight>0</wp14:pctHeight>
            </wp14:sizeRelV>
          </wp:anchor>
        </w:drawing>
      </w:r>
    </w:p>
    <w:p w14:paraId="5B38CB5C" w14:textId="77777777" w:rsidR="00124425" w:rsidRDefault="00124425" w:rsidP="00567A65"/>
    <w:p w14:paraId="2CDE5DC4" w14:textId="77777777" w:rsidR="00124425" w:rsidRDefault="00124425" w:rsidP="00567A65"/>
    <w:p w14:paraId="69BFFDC5" w14:textId="77777777" w:rsidR="00124425" w:rsidRDefault="00124425" w:rsidP="00567A65"/>
    <w:p w14:paraId="0577590B" w14:textId="77777777" w:rsidR="00124425" w:rsidRDefault="00124425" w:rsidP="00567A65"/>
    <w:p w14:paraId="4E9FB2BE" w14:textId="77777777" w:rsidR="0024379B" w:rsidRDefault="0024379B" w:rsidP="00567A65"/>
    <w:p w14:paraId="5F990241" w14:textId="77777777" w:rsidR="0024379B" w:rsidRDefault="0024379B" w:rsidP="00567A65"/>
    <w:p w14:paraId="0BF872A6" w14:textId="77777777" w:rsidR="0024379B" w:rsidRDefault="0024379B" w:rsidP="00567A65"/>
    <w:p w14:paraId="55530785" w14:textId="77777777" w:rsidR="0024379B" w:rsidRDefault="0024379B" w:rsidP="00567A65"/>
    <w:p w14:paraId="6D546283" w14:textId="77777777" w:rsidR="0024379B" w:rsidRDefault="0024379B" w:rsidP="00567A65"/>
    <w:p w14:paraId="59543CB1" w14:textId="77777777" w:rsidR="0024379B" w:rsidRDefault="0024379B" w:rsidP="00567A65"/>
    <w:p w14:paraId="0FA92AF2" w14:textId="77777777" w:rsidR="0024379B" w:rsidRDefault="0024379B" w:rsidP="00567A65"/>
    <w:p w14:paraId="67E134D1" w14:textId="77777777" w:rsidR="0024379B" w:rsidRDefault="0024379B" w:rsidP="00567A65"/>
    <w:p w14:paraId="45B42AE4" w14:textId="77777777" w:rsidR="00124425" w:rsidRDefault="00156C1A" w:rsidP="00567A65">
      <w:r>
        <w:rPr>
          <w:noProof/>
        </w:rPr>
        <w:drawing>
          <wp:anchor distT="0" distB="0" distL="114300" distR="114300" simplePos="0" relativeHeight="251656192" behindDoc="0" locked="0" layoutInCell="1" allowOverlap="1" wp14:anchorId="7D332182" wp14:editId="00EF63E9">
            <wp:simplePos x="0" y="0"/>
            <wp:positionH relativeFrom="column">
              <wp:posOffset>3759835</wp:posOffset>
            </wp:positionH>
            <wp:positionV relativeFrom="paragraph">
              <wp:posOffset>121285</wp:posOffset>
            </wp:positionV>
            <wp:extent cx="2723515" cy="3246134"/>
            <wp:effectExtent l="0" t="0" r="0" b="5080"/>
            <wp:wrapNone/>
            <wp:docPr id="138641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1614" name="Picture 138641614"/>
                    <pic:cNvPicPr/>
                  </pic:nvPicPr>
                  <pic:blipFill rotWithShape="1">
                    <a:blip r:embed="rId10"/>
                    <a:srcRect l="36922" t="15854" r="30916" b="22783"/>
                    <a:stretch>
                      <a:fillRect/>
                    </a:stretch>
                  </pic:blipFill>
                  <pic:spPr bwMode="auto">
                    <a:xfrm>
                      <a:off x="0" y="0"/>
                      <a:ext cx="2725683" cy="32487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mc:AlternateContent>
          <mc:Choice Requires="wps">
            <w:drawing>
              <wp:anchor distT="0" distB="0" distL="114300" distR="114300" simplePos="0" relativeHeight="251680768" behindDoc="0" locked="0" layoutInCell="1" allowOverlap="1" wp14:anchorId="5EBFC046" wp14:editId="7AD88F59">
                <wp:simplePos x="0" y="0"/>
                <wp:positionH relativeFrom="column">
                  <wp:posOffset>370205</wp:posOffset>
                </wp:positionH>
                <wp:positionV relativeFrom="paragraph">
                  <wp:posOffset>3495040</wp:posOffset>
                </wp:positionV>
                <wp:extent cx="2228850" cy="236220"/>
                <wp:effectExtent l="0" t="0" r="0" b="0"/>
                <wp:wrapNone/>
                <wp:docPr id="323595807" name="Text Box 12"/>
                <wp:cNvGraphicFramePr/>
                <a:graphic xmlns:a="http://schemas.openxmlformats.org/drawingml/2006/main">
                  <a:graphicData uri="http://schemas.microsoft.com/office/word/2010/wordprocessingShape">
                    <wps:wsp>
                      <wps:cNvSpPr txBox="1"/>
                      <wps:spPr>
                        <a:xfrm>
                          <a:off x="0" y="0"/>
                          <a:ext cx="2228850" cy="236220"/>
                        </a:xfrm>
                        <a:prstGeom prst="rect">
                          <a:avLst/>
                        </a:prstGeom>
                        <a:noFill/>
                        <a:ln w="6350">
                          <a:noFill/>
                        </a:ln>
                      </wps:spPr>
                      <wps:txbx>
                        <w:txbxContent>
                          <w:p w14:paraId="24D418BD" w14:textId="77777777" w:rsidR="00156C1A" w:rsidRPr="00156C1A" w:rsidRDefault="00156C1A" w:rsidP="00156C1A">
                            <w:pPr>
                              <w:pStyle w:val="Caption"/>
                              <w:jc w:val="center"/>
                              <w:rPr>
                                <w:rStyle w:val="Emphasis"/>
                              </w:rPr>
                            </w:pPr>
                            <w:r>
                              <w:t>Éventail Zéphyr reposant sur son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FC046" id="_x0000_s1028" type="#_x0000_t202" style="position:absolute;margin-left:29.15pt;margin-top:275.2pt;width:175.5pt;height:18.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" filled="f" stroked="f" strokeweight=".5pt">
                <v:textbox>
                  <w:txbxContent>
                    <w:p w14:paraId="24D418BD" w14:textId="77777777" w:rsidR="00156C1A" w:rsidRPr="00156C1A" w:rsidRDefault="00156C1A" w:rsidP="00156C1A">
                      <w:pPr>
                        <w:pStyle w:val="Caption"/>
                        <w:jc w:val="center"/>
                        <w:rPr>
                          <w:rStyle w:val="Emphasis"/>
                        </w:rPr>
                      </w:pPr>
                      <w:r>
                        <w:t>Éventail Zéphyr reposant sur son support</w:t>
                      </w:r>
                    </w:p>
                  </w:txbxContent>
                </v:textbox>
              </v:shape>
            </w:pict>
          </mc:Fallback>
        </mc:AlternateContent>
      </w:r>
    </w:p>
    <w:p w14:paraId="2BDE3510" w14:textId="77777777" w:rsidR="0024379B" w:rsidRDefault="00156C1A" w:rsidP="00567A65">
      <w:r>
        <w:rPr>
          <w:noProof/>
        </w:rPr>
        <w:drawing>
          <wp:anchor distT="0" distB="0" distL="114300" distR="114300" simplePos="0" relativeHeight="251673600" behindDoc="0" locked="0" layoutInCell="1" allowOverlap="1" wp14:anchorId="23FFB54C" wp14:editId="610041E4">
            <wp:simplePos x="0" y="0"/>
            <wp:positionH relativeFrom="column">
              <wp:posOffset>-27305</wp:posOffset>
            </wp:positionH>
            <wp:positionV relativeFrom="paragraph">
              <wp:posOffset>49530</wp:posOffset>
            </wp:positionV>
            <wp:extent cx="3287395" cy="3287395"/>
            <wp:effectExtent l="0" t="0" r="1905" b="0"/>
            <wp:wrapNone/>
            <wp:docPr id="12682204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20460" name="Picture 1268220460"/>
                    <pic:cNvPicPr/>
                  </pic:nvPicPr>
                  <pic:blipFill>
                    <a:blip r:embed="rId11">
                      <a:extLst>
                        <a:ext uri="{BEBA8EAE-BF5A-486C-A8C5-ECC9F3942E4B}">
                          <a14:imgProps xmlns:a14="http://schemas.microsoft.com/office/drawing/2010/main">
                            <a14:imgLayer r:embed="rId12">
                              <a14:imgEffect>
                                <a14:saturation sat="66000"/>
                              </a14:imgEffect>
                            </a14:imgLayer>
                          </a14:imgProps>
                        </a:ext>
                      </a:extLst>
                    </a:blip>
                    <a:stretch>
                      <a:fillRect/>
                    </a:stretch>
                  </pic:blipFill>
                  <pic:spPr>
                    <a:xfrm>
                      <a:off x="0" y="0"/>
                      <a:ext cx="3287395" cy="3287395"/>
                    </a:xfrm>
                    <a:prstGeom prst="rect">
                      <a:avLst/>
                    </a:prstGeom>
                  </pic:spPr>
                </pic:pic>
              </a:graphicData>
            </a:graphic>
            <wp14:sizeRelH relativeFrom="page">
              <wp14:pctWidth>0</wp14:pctWidth>
            </wp14:sizeRelH>
            <wp14:sizeRelV relativeFrom="page">
              <wp14:pctHeight>0</wp14:pctHeight>
            </wp14:sizeRelV>
          </wp:anchor>
        </w:drawing>
      </w:r>
    </w:p>
    <w:p w14:paraId="06A65E30" w14:textId="77777777" w:rsidR="0024379B" w:rsidRDefault="0024379B" w:rsidP="00567A65"/>
    <w:p w14:paraId="377813D5" w14:textId="77777777" w:rsidR="0024379B" w:rsidRDefault="0024379B" w:rsidP="00567A65"/>
    <w:p w14:paraId="149D954B" w14:textId="77777777" w:rsidR="0024379B" w:rsidRDefault="0024379B" w:rsidP="00567A65"/>
    <w:p w14:paraId="7C751996" w14:textId="77777777" w:rsidR="0024379B" w:rsidRDefault="0024379B" w:rsidP="00567A65"/>
    <w:p w14:paraId="33638A4D" w14:textId="77777777" w:rsidR="0024379B" w:rsidRDefault="0024379B" w:rsidP="00567A65"/>
    <w:p w14:paraId="0CBD7ABA" w14:textId="77777777" w:rsidR="0024379B" w:rsidRDefault="0024379B" w:rsidP="00567A65"/>
    <w:p w14:paraId="5C19E160" w14:textId="77777777" w:rsidR="0024379B" w:rsidRDefault="0024379B" w:rsidP="00567A65"/>
    <w:p w14:paraId="67E7F55E" w14:textId="77777777" w:rsidR="0024379B" w:rsidRPr="009B0595" w:rsidRDefault="0024379B" w:rsidP="00567A65"/>
    <w:p w14:paraId="48BCFAA7" w14:textId="77777777" w:rsidR="00163877" w:rsidRDefault="00163877" w:rsidP="00567A65"/>
    <w:p w14:paraId="14E8BAE7" w14:textId="77777777" w:rsidR="0024379B" w:rsidRDefault="0024379B" w:rsidP="00E91D36">
      <w:pPr>
        <w:rPr>
          <w:b/>
          <w:bCs/>
        </w:rPr>
      </w:pPr>
    </w:p>
    <w:p w14:paraId="3F56E86A" w14:textId="77777777" w:rsidR="00156C1A" w:rsidRDefault="00156C1A" w:rsidP="00E91D36">
      <w:pPr>
        <w:rPr>
          <w:b/>
          <w:bCs/>
        </w:rPr>
      </w:pPr>
    </w:p>
    <w:p w14:paraId="041F02B4" w14:textId="77777777" w:rsidR="00156C1A" w:rsidRDefault="00156C1A" w:rsidP="00E91D36">
      <w:pPr>
        <w:rPr>
          <w:b/>
          <w:bCs/>
        </w:rPr>
      </w:pPr>
      <w:r>
        <w:rPr>
          <w:b/>
          <w:bCs/>
          <w:noProof/>
        </w:rPr>
        <mc:AlternateContent>
          <mc:Choice Requires="wps">
            <w:drawing>
              <wp:anchor distT="0" distB="0" distL="114300" distR="114300" simplePos="0" relativeHeight="251678720" behindDoc="0" locked="0" layoutInCell="1" allowOverlap="1" wp14:anchorId="3D9AEE9D" wp14:editId="61ECB718">
                <wp:simplePos x="0" y="0"/>
                <wp:positionH relativeFrom="column">
                  <wp:posOffset>4453890</wp:posOffset>
                </wp:positionH>
                <wp:positionV relativeFrom="paragraph">
                  <wp:posOffset>40005</wp:posOffset>
                </wp:positionV>
                <wp:extent cx="2032635" cy="277495"/>
                <wp:effectExtent l="0" t="0" r="0" b="0"/>
                <wp:wrapNone/>
                <wp:docPr id="776434849" name="Text Box 12"/>
                <wp:cNvGraphicFramePr/>
                <a:graphic xmlns:a="http://schemas.openxmlformats.org/drawingml/2006/main">
                  <a:graphicData uri="http://schemas.microsoft.com/office/word/2010/wordprocessingShape">
                    <wps:wsp>
                      <wps:cNvSpPr txBox="1"/>
                      <wps:spPr>
                        <a:xfrm>
                          <a:off x="0" y="0"/>
                          <a:ext cx="2032635" cy="277495"/>
                        </a:xfrm>
                        <a:prstGeom prst="rect">
                          <a:avLst/>
                        </a:prstGeom>
                        <a:noFill/>
                        <a:ln w="6350">
                          <a:noFill/>
                        </a:ln>
                      </wps:spPr>
                      <wps:txbx>
                        <w:txbxContent>
                          <w:p w14:paraId="787AF21E" w14:textId="77777777" w:rsidR="00156C1A" w:rsidRPr="00156C1A" w:rsidRDefault="00156C1A" w:rsidP="00156C1A">
                            <w:pPr>
                              <w:pStyle w:val="Caption"/>
                              <w:jc w:val="center"/>
                              <w:rPr>
                                <w:rStyle w:val="Emphasis"/>
                              </w:rPr>
                            </w:pPr>
                            <w:r w:rsidRPr="00E56523">
                              <w:t xml:space="preserve">Concept Lampe de plongée </w:t>
                            </w:r>
                            <w:proofErr w:type="spellStart"/>
                            <w:r w:rsidRPr="00E56523">
                              <w:t>Bell&amp;Ross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AEE9D" id="_x0000_s1029" type="#_x0000_t202" style="position:absolute;margin-left:350.7pt;margin-top:3.15pt;width:160.05pt;height:21.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" filled="f" stroked="f" strokeweight=".5pt">
                <v:textbox>
                  <w:txbxContent>
                    <w:p w14:paraId="787AF21E" w14:textId="77777777" w:rsidR="00156C1A" w:rsidRPr="00156C1A" w:rsidRDefault="00156C1A" w:rsidP="00156C1A">
                      <w:pPr>
                        <w:pStyle w:val="Caption"/>
                        <w:jc w:val="center"/>
                        <w:rPr>
                          <w:rStyle w:val="Emphasis"/>
                        </w:rPr>
                      </w:pPr>
                      <w:r w:rsidRPr="00E56523">
                        <w:t xml:space="preserve">Concept Lampe de plongée </w:t>
                      </w:r>
                      <w:proofErr w:type="spellStart"/>
                      <w:r w:rsidRPr="00E56523">
                        <w:t>Bell&amp;Ross</w:t>
                      </w:r>
                      <w:proofErr w:type="spellEnd"/>
                    </w:p>
                  </w:txbxContent>
                </v:textbox>
              </v:shape>
            </w:pict>
          </mc:Fallback>
        </mc:AlternateContent>
      </w:r>
    </w:p>
    <w:p w14:paraId="3BC74598" w14:textId="77777777" w:rsidR="00BC338D" w:rsidRDefault="00BC338D" w:rsidP="00E91D36"/>
    <w:p w14:paraId="34B75EDA" w14:textId="2E5DA21A" w:rsidR="0024379B" w:rsidRDefault="009D54DA" w:rsidP="005B01CC">
      <w:r>
        <w:rPr>
          <w:noProof/>
          <w:color w:val="806A49"/>
        </w:rPr>
        <w:lastRenderedPageBreak/>
        <mc:AlternateContent>
          <mc:Choice Requires="wpg">
            <w:drawing>
              <wp:anchor distT="0" distB="0" distL="114300" distR="114300" simplePos="0" relativeHeight="251691008" behindDoc="0" locked="0" layoutInCell="1" allowOverlap="1" wp14:anchorId="195DC74C" wp14:editId="513909CE">
                <wp:simplePos x="0" y="0"/>
                <wp:positionH relativeFrom="page">
                  <wp:align>left</wp:align>
                </wp:positionH>
                <wp:positionV relativeFrom="page">
                  <wp:align>center</wp:align>
                </wp:positionV>
                <wp:extent cx="244800" cy="10213200"/>
                <wp:effectExtent l="50800" t="25400" r="60325" b="74295"/>
                <wp:wrapSquare wrapText="bothSides"/>
                <wp:docPr id="1225032765"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215532197" name="Group 13"/>
                        <wpg:cNvGrpSpPr/>
                        <wpg:grpSpPr>
                          <a:xfrm>
                            <a:off x="0" y="0"/>
                            <a:ext cx="163775" cy="10213245"/>
                            <a:chOff x="0" y="0"/>
                            <a:chExt cx="163775" cy="10213245"/>
                          </a:xfrm>
                        </wpg:grpSpPr>
                        <wps:wsp>
                          <wps:cNvPr id="1459728168"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1840099129"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1504465884"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2020648658"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360AEF" id="Group 14" o:spid="_x0000_s1026" style="position:absolute;margin-left:0;margin-top:0;width:19.3pt;height:804.2pt;z-index:251691008;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sidR="00124425" w:rsidRPr="009B0595">
        <w:t>Mon parcours associe la science des matériaux, les arts appliqués et l’ingénierie mécanique. Ce portfolio rassemble mes projets académiques, mes réalisations en entreprise et mon engagement étudiant, en précisant ma contribution à chacun.</w:t>
      </w:r>
    </w:p>
    <w:p w14:paraId="1A797266" w14:textId="77777777" w:rsidR="005B01CC" w:rsidRDefault="005B01CC" w:rsidP="00E91D36"/>
    <w:p w14:paraId="1BA5A7AD" w14:textId="77777777" w:rsidR="005B01CC" w:rsidRDefault="005B01CC" w:rsidP="00E91D36"/>
    <w:p w14:paraId="79BE9228" w14:textId="77777777" w:rsidR="009D54DA" w:rsidRDefault="009D54DA" w:rsidP="00E91D36"/>
    <w:p w14:paraId="1EF9F4E1" w14:textId="77777777" w:rsidR="00124425" w:rsidRPr="0024379B" w:rsidRDefault="00124425" w:rsidP="00E91D36">
      <w:r w:rsidRPr="00124425">
        <w:rPr>
          <w:b/>
          <w:bCs/>
        </w:rPr>
        <w:t>Table des matières :</w:t>
      </w:r>
    </w:p>
    <w:p w14:paraId="52EDF99D" w14:textId="0D8455CE" w:rsidR="0003727A" w:rsidRDefault="00E91D36">
      <w:pPr>
        <w:pStyle w:val="TOC1"/>
        <w:tabs>
          <w:tab w:val="right" w:leader="dot" w:pos="9984"/>
        </w:tabs>
        <w:rPr>
          <w:rFonts w:asciiTheme="minorHAnsi" w:hAnsiTheme="minorHAnsi"/>
          <w:noProof/>
          <w:color w:val="auto"/>
          <w:kern w:val="2"/>
          <w:sz w:val="24"/>
          <w:szCs w:val="24"/>
          <w:lang w:val="en-GB" w:eastAsia="en-GB"/>
          <w14:ligatures w14:val="standardContextual"/>
        </w:rPr>
      </w:pPr>
      <w:r w:rsidRPr="00E56523">
        <w:rPr>
          <w:b/>
          <w:bCs/>
        </w:rPr>
        <w:fldChar w:fldCharType="begin"/>
      </w:r>
      <w:r w:rsidRPr="00E56523">
        <w:rPr>
          <w:b/>
          <w:bCs/>
        </w:rPr>
        <w:instrText xml:space="preserve"> TOC \o "1-1" \h \z \u </w:instrText>
      </w:r>
      <w:r w:rsidRPr="00E56523">
        <w:rPr>
          <w:b/>
          <w:bCs/>
        </w:rPr>
        <w:fldChar w:fldCharType="separate"/>
      </w:r>
      <w:hyperlink w:anchor="_Toc243172442" w:history="1">
        <w:r w:rsidR="0003727A" w:rsidRPr="00535E56">
          <w:rPr>
            <w:rStyle w:val="Hyperlink"/>
            <w:noProof/>
          </w:rPr>
          <w:t>Mon parcours</w:t>
        </w:r>
        <w:r w:rsidR="0003727A">
          <w:rPr>
            <w:noProof/>
            <w:webHidden/>
          </w:rPr>
          <w:tab/>
        </w:r>
        <w:r w:rsidR="0003727A">
          <w:rPr>
            <w:noProof/>
            <w:webHidden/>
          </w:rPr>
          <w:fldChar w:fldCharType="begin"/>
        </w:r>
        <w:r w:rsidR="0003727A">
          <w:rPr>
            <w:noProof/>
            <w:webHidden/>
          </w:rPr>
          <w:instrText xml:space="preserve"> PAGEREF _Toc243172442 \h </w:instrText>
        </w:r>
        <w:r w:rsidR="0003727A">
          <w:rPr>
            <w:noProof/>
            <w:webHidden/>
          </w:rPr>
        </w:r>
        <w:r w:rsidR="0003727A">
          <w:rPr>
            <w:noProof/>
            <w:webHidden/>
          </w:rPr>
          <w:fldChar w:fldCharType="separate"/>
        </w:r>
        <w:r w:rsidR="0003727A">
          <w:rPr>
            <w:noProof/>
            <w:webHidden/>
          </w:rPr>
          <w:t>3</w:t>
        </w:r>
        <w:r w:rsidR="0003727A">
          <w:rPr>
            <w:noProof/>
            <w:webHidden/>
          </w:rPr>
          <w:fldChar w:fldCharType="end"/>
        </w:r>
      </w:hyperlink>
    </w:p>
    <w:p w14:paraId="0E8DCED6" w14:textId="2E79BC21"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43" w:history="1">
        <w:r w:rsidRPr="00535E56">
          <w:rPr>
            <w:rStyle w:val="Hyperlink"/>
            <w:noProof/>
          </w:rPr>
          <w:t>Mirage 2000-5</w:t>
        </w:r>
        <w:r>
          <w:rPr>
            <w:noProof/>
            <w:webHidden/>
          </w:rPr>
          <w:tab/>
        </w:r>
        <w:r>
          <w:rPr>
            <w:noProof/>
            <w:webHidden/>
          </w:rPr>
          <w:fldChar w:fldCharType="begin"/>
        </w:r>
        <w:r>
          <w:rPr>
            <w:noProof/>
            <w:webHidden/>
          </w:rPr>
          <w:instrText xml:space="preserve"> PAGEREF _Toc243172443 \h </w:instrText>
        </w:r>
        <w:r>
          <w:rPr>
            <w:noProof/>
            <w:webHidden/>
          </w:rPr>
        </w:r>
        <w:r>
          <w:rPr>
            <w:noProof/>
            <w:webHidden/>
          </w:rPr>
          <w:fldChar w:fldCharType="separate"/>
        </w:r>
        <w:r>
          <w:rPr>
            <w:noProof/>
            <w:webHidden/>
          </w:rPr>
          <w:t>5</w:t>
        </w:r>
        <w:r>
          <w:rPr>
            <w:noProof/>
            <w:webHidden/>
          </w:rPr>
          <w:fldChar w:fldCharType="end"/>
        </w:r>
      </w:hyperlink>
    </w:p>
    <w:p w14:paraId="71449BAA" w14:textId="34880450"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44" w:history="1">
        <w:r w:rsidRPr="00535E56">
          <w:rPr>
            <w:rStyle w:val="Hyperlink"/>
            <w:noProof/>
          </w:rPr>
          <w:t>Zéphyr</w:t>
        </w:r>
        <w:r>
          <w:rPr>
            <w:noProof/>
            <w:webHidden/>
          </w:rPr>
          <w:tab/>
        </w:r>
        <w:r>
          <w:rPr>
            <w:noProof/>
            <w:webHidden/>
          </w:rPr>
          <w:fldChar w:fldCharType="begin"/>
        </w:r>
        <w:r>
          <w:rPr>
            <w:noProof/>
            <w:webHidden/>
          </w:rPr>
          <w:instrText xml:space="preserve"> PAGEREF _Toc243172444 \h </w:instrText>
        </w:r>
        <w:r>
          <w:rPr>
            <w:noProof/>
            <w:webHidden/>
          </w:rPr>
        </w:r>
        <w:r>
          <w:rPr>
            <w:noProof/>
            <w:webHidden/>
          </w:rPr>
          <w:fldChar w:fldCharType="separate"/>
        </w:r>
        <w:r>
          <w:rPr>
            <w:noProof/>
            <w:webHidden/>
          </w:rPr>
          <w:t>6</w:t>
        </w:r>
        <w:r>
          <w:rPr>
            <w:noProof/>
            <w:webHidden/>
          </w:rPr>
          <w:fldChar w:fldCharType="end"/>
        </w:r>
      </w:hyperlink>
    </w:p>
    <w:p w14:paraId="7014C43D" w14:textId="4599358B"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45" w:history="1">
        <w:r w:rsidRPr="00535E56">
          <w:rPr>
            <w:rStyle w:val="Hyperlink"/>
            <w:noProof/>
          </w:rPr>
          <w:t>Recyclerie industrielle</w:t>
        </w:r>
        <w:r>
          <w:rPr>
            <w:noProof/>
            <w:webHidden/>
          </w:rPr>
          <w:tab/>
        </w:r>
        <w:r>
          <w:rPr>
            <w:noProof/>
            <w:webHidden/>
          </w:rPr>
          <w:fldChar w:fldCharType="begin"/>
        </w:r>
        <w:r>
          <w:rPr>
            <w:noProof/>
            <w:webHidden/>
          </w:rPr>
          <w:instrText xml:space="preserve"> PAGEREF _Toc243172445 \h </w:instrText>
        </w:r>
        <w:r>
          <w:rPr>
            <w:noProof/>
            <w:webHidden/>
          </w:rPr>
        </w:r>
        <w:r>
          <w:rPr>
            <w:noProof/>
            <w:webHidden/>
          </w:rPr>
          <w:fldChar w:fldCharType="separate"/>
        </w:r>
        <w:r>
          <w:rPr>
            <w:noProof/>
            <w:webHidden/>
          </w:rPr>
          <w:t>7</w:t>
        </w:r>
        <w:r>
          <w:rPr>
            <w:noProof/>
            <w:webHidden/>
          </w:rPr>
          <w:fldChar w:fldCharType="end"/>
        </w:r>
      </w:hyperlink>
    </w:p>
    <w:p w14:paraId="67B93F2F" w14:textId="41BB11BE"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46" w:history="1">
        <w:r w:rsidRPr="00535E56">
          <w:rPr>
            <w:rStyle w:val="Hyperlink"/>
            <w:noProof/>
          </w:rPr>
          <w:t>BR Light Diver</w:t>
        </w:r>
        <w:r>
          <w:rPr>
            <w:noProof/>
            <w:webHidden/>
          </w:rPr>
          <w:tab/>
        </w:r>
        <w:r>
          <w:rPr>
            <w:noProof/>
            <w:webHidden/>
          </w:rPr>
          <w:fldChar w:fldCharType="begin"/>
        </w:r>
        <w:r>
          <w:rPr>
            <w:noProof/>
            <w:webHidden/>
          </w:rPr>
          <w:instrText xml:space="preserve"> PAGEREF _Toc243172446 \h </w:instrText>
        </w:r>
        <w:r>
          <w:rPr>
            <w:noProof/>
            <w:webHidden/>
          </w:rPr>
        </w:r>
        <w:r>
          <w:rPr>
            <w:noProof/>
            <w:webHidden/>
          </w:rPr>
          <w:fldChar w:fldCharType="separate"/>
        </w:r>
        <w:r>
          <w:rPr>
            <w:noProof/>
            <w:webHidden/>
          </w:rPr>
          <w:t>8</w:t>
        </w:r>
        <w:r>
          <w:rPr>
            <w:noProof/>
            <w:webHidden/>
          </w:rPr>
          <w:fldChar w:fldCharType="end"/>
        </w:r>
      </w:hyperlink>
    </w:p>
    <w:p w14:paraId="48B9E4FC" w14:textId="02AA48E0"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47" w:history="1">
        <w:r w:rsidRPr="00535E56">
          <w:rPr>
            <w:rStyle w:val="Hyperlink"/>
            <w:noProof/>
          </w:rPr>
          <w:t>Concept iPhone Fx</w:t>
        </w:r>
        <w:r>
          <w:rPr>
            <w:noProof/>
            <w:webHidden/>
          </w:rPr>
          <w:tab/>
        </w:r>
        <w:r>
          <w:rPr>
            <w:noProof/>
            <w:webHidden/>
          </w:rPr>
          <w:fldChar w:fldCharType="begin"/>
        </w:r>
        <w:r>
          <w:rPr>
            <w:noProof/>
            <w:webHidden/>
          </w:rPr>
          <w:instrText xml:space="preserve"> PAGEREF _Toc243172447 \h </w:instrText>
        </w:r>
        <w:r>
          <w:rPr>
            <w:noProof/>
            <w:webHidden/>
          </w:rPr>
        </w:r>
        <w:r>
          <w:rPr>
            <w:noProof/>
            <w:webHidden/>
          </w:rPr>
          <w:fldChar w:fldCharType="separate"/>
        </w:r>
        <w:r>
          <w:rPr>
            <w:noProof/>
            <w:webHidden/>
          </w:rPr>
          <w:t>9</w:t>
        </w:r>
        <w:r>
          <w:rPr>
            <w:noProof/>
            <w:webHidden/>
          </w:rPr>
          <w:fldChar w:fldCharType="end"/>
        </w:r>
      </w:hyperlink>
    </w:p>
    <w:p w14:paraId="1E927B81" w14:textId="5DAFD2BC"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48" w:history="1">
        <w:r w:rsidRPr="00535E56">
          <w:rPr>
            <w:rStyle w:val="Hyperlink"/>
            <w:noProof/>
          </w:rPr>
          <w:t>Hydrobaies Technologies</w:t>
        </w:r>
        <w:r>
          <w:rPr>
            <w:noProof/>
            <w:webHidden/>
          </w:rPr>
          <w:tab/>
        </w:r>
        <w:r>
          <w:rPr>
            <w:noProof/>
            <w:webHidden/>
          </w:rPr>
          <w:fldChar w:fldCharType="begin"/>
        </w:r>
        <w:r>
          <w:rPr>
            <w:noProof/>
            <w:webHidden/>
          </w:rPr>
          <w:instrText xml:space="preserve"> PAGEREF _Toc243172448 \h </w:instrText>
        </w:r>
        <w:r>
          <w:rPr>
            <w:noProof/>
            <w:webHidden/>
          </w:rPr>
        </w:r>
        <w:r>
          <w:rPr>
            <w:noProof/>
            <w:webHidden/>
          </w:rPr>
          <w:fldChar w:fldCharType="separate"/>
        </w:r>
        <w:r>
          <w:rPr>
            <w:noProof/>
            <w:webHidden/>
          </w:rPr>
          <w:t>10</w:t>
        </w:r>
        <w:r>
          <w:rPr>
            <w:noProof/>
            <w:webHidden/>
          </w:rPr>
          <w:fldChar w:fldCharType="end"/>
        </w:r>
      </w:hyperlink>
    </w:p>
    <w:p w14:paraId="7498C32D" w14:textId="1B5D7B9B"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49" w:history="1">
        <w:r w:rsidRPr="00535E56">
          <w:rPr>
            <w:rStyle w:val="Hyperlink"/>
            <w:noProof/>
          </w:rPr>
          <w:t>Modules de stérilisation industrielle</w:t>
        </w:r>
        <w:r>
          <w:rPr>
            <w:noProof/>
            <w:webHidden/>
          </w:rPr>
          <w:tab/>
        </w:r>
        <w:r>
          <w:rPr>
            <w:noProof/>
            <w:webHidden/>
          </w:rPr>
          <w:fldChar w:fldCharType="begin"/>
        </w:r>
        <w:r>
          <w:rPr>
            <w:noProof/>
            <w:webHidden/>
          </w:rPr>
          <w:instrText xml:space="preserve"> PAGEREF _Toc243172449 \h </w:instrText>
        </w:r>
        <w:r>
          <w:rPr>
            <w:noProof/>
            <w:webHidden/>
          </w:rPr>
        </w:r>
        <w:r>
          <w:rPr>
            <w:noProof/>
            <w:webHidden/>
          </w:rPr>
          <w:fldChar w:fldCharType="separate"/>
        </w:r>
        <w:r>
          <w:rPr>
            <w:noProof/>
            <w:webHidden/>
          </w:rPr>
          <w:t>12</w:t>
        </w:r>
        <w:r>
          <w:rPr>
            <w:noProof/>
            <w:webHidden/>
          </w:rPr>
          <w:fldChar w:fldCharType="end"/>
        </w:r>
      </w:hyperlink>
    </w:p>
    <w:p w14:paraId="238481D9" w14:textId="11AEBBCA" w:rsidR="0003727A" w:rsidRDefault="0003727A">
      <w:pPr>
        <w:pStyle w:val="TOC1"/>
        <w:tabs>
          <w:tab w:val="right" w:leader="dot" w:pos="9984"/>
        </w:tabs>
        <w:rPr>
          <w:rFonts w:asciiTheme="minorHAnsi" w:hAnsiTheme="minorHAnsi"/>
          <w:noProof/>
          <w:color w:val="auto"/>
          <w:kern w:val="2"/>
          <w:sz w:val="24"/>
          <w:szCs w:val="24"/>
          <w:lang w:val="en-GB" w:eastAsia="en-GB"/>
          <w14:ligatures w14:val="standardContextual"/>
        </w:rPr>
      </w:pPr>
      <w:hyperlink w:anchor="_Toc243172450" w:history="1">
        <w:r w:rsidRPr="00535E56">
          <w:rPr>
            <w:rStyle w:val="Hyperlink"/>
            <w:noProof/>
          </w:rPr>
          <w:t>Engagement étudiant et gala</w:t>
        </w:r>
        <w:r>
          <w:rPr>
            <w:noProof/>
            <w:webHidden/>
          </w:rPr>
          <w:tab/>
        </w:r>
        <w:r>
          <w:rPr>
            <w:noProof/>
            <w:webHidden/>
          </w:rPr>
          <w:fldChar w:fldCharType="begin"/>
        </w:r>
        <w:r>
          <w:rPr>
            <w:noProof/>
            <w:webHidden/>
          </w:rPr>
          <w:instrText xml:space="preserve"> PAGEREF _Toc243172450 \h </w:instrText>
        </w:r>
        <w:r>
          <w:rPr>
            <w:noProof/>
            <w:webHidden/>
          </w:rPr>
        </w:r>
        <w:r>
          <w:rPr>
            <w:noProof/>
            <w:webHidden/>
          </w:rPr>
          <w:fldChar w:fldCharType="separate"/>
        </w:r>
        <w:r>
          <w:rPr>
            <w:noProof/>
            <w:webHidden/>
          </w:rPr>
          <w:t>13</w:t>
        </w:r>
        <w:r>
          <w:rPr>
            <w:noProof/>
            <w:webHidden/>
          </w:rPr>
          <w:fldChar w:fldCharType="end"/>
        </w:r>
      </w:hyperlink>
    </w:p>
    <w:p w14:paraId="66F43164" w14:textId="2D7615E9" w:rsidR="00163877" w:rsidRPr="00E56523" w:rsidRDefault="00E91D36" w:rsidP="00E56523">
      <w:pPr>
        <w:pStyle w:val="Heading1"/>
      </w:pPr>
      <w:r w:rsidRPr="00E56523">
        <w:rPr>
          <w:rFonts w:ascii="SF Compact Text" w:eastAsiaTheme="minorEastAsia" w:hAnsi="SF Compact Text" w:cstheme="minorBidi"/>
          <w:b/>
          <w:bCs/>
          <w:sz w:val="22"/>
          <w:szCs w:val="22"/>
        </w:rPr>
        <w:fldChar w:fldCharType="end"/>
      </w:r>
      <w:r>
        <w:br w:type="page"/>
      </w:r>
      <w:bookmarkStart w:id="0" w:name="_Toc243172442"/>
      <w:r w:rsidR="009D54DA">
        <w:rPr>
          <w:noProof/>
        </w:rPr>
        <w:lastRenderedPageBreak/>
        <mc:AlternateContent>
          <mc:Choice Requires="wpg">
            <w:drawing>
              <wp:anchor distT="0" distB="0" distL="114300" distR="114300" simplePos="0" relativeHeight="251693056" behindDoc="0" locked="0" layoutInCell="1" allowOverlap="1" wp14:anchorId="32E0ED5F" wp14:editId="143A07DE">
                <wp:simplePos x="0" y="0"/>
                <wp:positionH relativeFrom="page">
                  <wp:align>left</wp:align>
                </wp:positionH>
                <wp:positionV relativeFrom="page">
                  <wp:align>center</wp:align>
                </wp:positionV>
                <wp:extent cx="244800" cy="10213200"/>
                <wp:effectExtent l="50800" t="25400" r="60325" b="74295"/>
                <wp:wrapSquare wrapText="bothSides"/>
                <wp:docPr id="1893149628"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309659374" name="Group 13"/>
                        <wpg:cNvGrpSpPr/>
                        <wpg:grpSpPr>
                          <a:xfrm>
                            <a:off x="0" y="0"/>
                            <a:ext cx="163775" cy="10213245"/>
                            <a:chOff x="0" y="0"/>
                            <a:chExt cx="163775" cy="10213245"/>
                          </a:xfrm>
                        </wpg:grpSpPr>
                        <wps:wsp>
                          <wps:cNvPr id="1172460126"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1146606382"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860699781"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974042771"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CD0C5AC" id="Group 14" o:spid="_x0000_s1026" style="position:absolute;margin-left:0;margin-top:0;width:19.3pt;height:804.2pt;z-index:251693056;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sidRPr="00E56523">
        <w:t>Mon parcours</w:t>
      </w:r>
      <w:bookmarkEnd w:id="0"/>
    </w:p>
    <w:p w14:paraId="46C98D07" w14:textId="0F3BBFA8" w:rsidR="00163877" w:rsidRPr="00E91D36" w:rsidRDefault="00000000" w:rsidP="00567A65">
      <w:pPr>
        <w:rPr>
          <w:rStyle w:val="Emphasis"/>
        </w:rPr>
      </w:pPr>
      <w:r w:rsidRPr="00E91D36">
        <w:rPr>
          <w:rStyle w:val="Emphasis"/>
        </w:rPr>
        <w:t xml:space="preserve">2021 à </w:t>
      </w:r>
      <w:proofErr w:type="gramStart"/>
      <w:r w:rsidRPr="00E91D36">
        <w:rPr>
          <w:rStyle w:val="Emphasis"/>
        </w:rPr>
        <w:t xml:space="preserve">2024  </w:t>
      </w:r>
      <w:r w:rsidR="00567A65" w:rsidRPr="00E91D36">
        <w:rPr>
          <w:rStyle w:val="Emphasis"/>
        </w:rPr>
        <w:t>-</w:t>
      </w:r>
      <w:proofErr w:type="gramEnd"/>
      <w:r w:rsidRPr="00E91D36">
        <w:rPr>
          <w:rStyle w:val="Emphasis"/>
        </w:rPr>
        <w:t xml:space="preserve">  BUT Science et Génie des Matériaux</w:t>
      </w:r>
    </w:p>
    <w:p w14:paraId="3D342E5E" w14:textId="77777777" w:rsidR="00163877" w:rsidRPr="00BC338D" w:rsidRDefault="00000000" w:rsidP="00E56523">
      <w:pPr>
        <w:pStyle w:val="Caption"/>
        <w:rPr>
          <w:b/>
          <w:bCs/>
        </w:rPr>
      </w:pPr>
      <w:r w:rsidRPr="00BC338D">
        <w:rPr>
          <w:b/>
          <w:bCs/>
        </w:rPr>
        <w:t>IUT de Chambéry</w:t>
      </w:r>
    </w:p>
    <w:p w14:paraId="15E3AA69" w14:textId="77777777" w:rsidR="00163877" w:rsidRPr="00567A65" w:rsidRDefault="00000000" w:rsidP="00567A65">
      <w:r w:rsidRPr="00567A65">
        <w:t>J’ai acquis une base scientifique et technique en caractérisation, élaboration et mise en forme des matériaux. Cette formation m’a appris à relier les propriétés d’une matière aux procédés de fabrication et aux fonctions attendues d’un produit.</w:t>
      </w:r>
    </w:p>
    <w:p w14:paraId="18BF3E47" w14:textId="77777777" w:rsidR="00BC338D" w:rsidRDefault="00BC338D" w:rsidP="00567A65">
      <w:pPr>
        <w:rPr>
          <w:rStyle w:val="Emphasis"/>
        </w:rPr>
      </w:pPr>
    </w:p>
    <w:p w14:paraId="5A0D44F3" w14:textId="6E71A476" w:rsidR="00163877" w:rsidRPr="00E91D36" w:rsidRDefault="00000000" w:rsidP="00567A65">
      <w:pPr>
        <w:rPr>
          <w:rStyle w:val="Emphasis"/>
        </w:rPr>
      </w:pPr>
      <w:r w:rsidRPr="00E91D36">
        <w:rPr>
          <w:rStyle w:val="Emphasis"/>
        </w:rPr>
        <w:t xml:space="preserve">2021 à </w:t>
      </w:r>
      <w:proofErr w:type="gramStart"/>
      <w:r w:rsidRPr="00E91D36">
        <w:rPr>
          <w:rStyle w:val="Emphasis"/>
        </w:rPr>
        <w:t xml:space="preserve">2023  </w:t>
      </w:r>
      <w:r w:rsidR="00567A65" w:rsidRPr="00E91D36">
        <w:rPr>
          <w:rStyle w:val="Emphasis"/>
        </w:rPr>
        <w:t>-</w:t>
      </w:r>
      <w:proofErr w:type="gramEnd"/>
      <w:r w:rsidRPr="00E91D36">
        <w:rPr>
          <w:rStyle w:val="Emphasis"/>
        </w:rPr>
        <w:t xml:space="preserve">  Arts appliqués et design graphique</w:t>
      </w:r>
    </w:p>
    <w:p w14:paraId="4A1B1111" w14:textId="77777777" w:rsidR="00163877" w:rsidRPr="00BC338D" w:rsidRDefault="00000000" w:rsidP="00E56523">
      <w:pPr>
        <w:pStyle w:val="Caption"/>
        <w:rPr>
          <w:b/>
          <w:bCs/>
        </w:rPr>
      </w:pPr>
      <w:r w:rsidRPr="00BC338D">
        <w:rPr>
          <w:b/>
          <w:bCs/>
        </w:rPr>
        <w:t>ENAAI en complément du BUT</w:t>
      </w:r>
    </w:p>
    <w:p w14:paraId="0B6A9D82" w14:textId="77777777" w:rsidR="00163877" w:rsidRPr="009B0595" w:rsidRDefault="00000000" w:rsidP="00567A65">
      <w:r w:rsidRPr="009B0595">
        <w:t>En parallèle du BUT, j’ai suivi deux années de formation à l’École d’enseignement aux arts appliqués et à l’image. Le dessin d’observation, l’infographie et la conception de produits ont développé ma sensibilité aux formes et ma capacité à communiquer une intention de design.</w:t>
      </w:r>
    </w:p>
    <w:p w14:paraId="4B5AE6E0" w14:textId="77777777" w:rsidR="00BC338D" w:rsidRDefault="00BC338D" w:rsidP="00567A65">
      <w:pPr>
        <w:rPr>
          <w:rStyle w:val="Emphasis"/>
        </w:rPr>
      </w:pPr>
    </w:p>
    <w:p w14:paraId="14294006" w14:textId="7BC4E38F" w:rsidR="00163877" w:rsidRPr="00E91D36" w:rsidRDefault="00000000" w:rsidP="00567A65">
      <w:pPr>
        <w:rPr>
          <w:rStyle w:val="Emphasis"/>
        </w:rPr>
      </w:pPr>
      <w:proofErr w:type="gramStart"/>
      <w:r w:rsidRPr="00E91D36">
        <w:rPr>
          <w:rStyle w:val="Emphasis"/>
        </w:rPr>
        <w:t xml:space="preserve">2023  </w:t>
      </w:r>
      <w:r w:rsidR="00567A65" w:rsidRPr="00E91D36">
        <w:rPr>
          <w:rStyle w:val="Emphasis"/>
        </w:rPr>
        <w:t>-</w:t>
      </w:r>
      <w:proofErr w:type="gramEnd"/>
      <w:r w:rsidRPr="00E91D36">
        <w:rPr>
          <w:rStyle w:val="Emphasis"/>
        </w:rPr>
        <w:t xml:space="preserve">  Semestre au Canada</w:t>
      </w:r>
    </w:p>
    <w:p w14:paraId="0D89D7B6" w14:textId="4D00037D" w:rsidR="00163877" w:rsidRPr="00BC338D" w:rsidRDefault="00000000" w:rsidP="00E56523">
      <w:pPr>
        <w:pStyle w:val="Caption"/>
        <w:rPr>
          <w:b/>
          <w:bCs/>
        </w:rPr>
      </w:pPr>
      <w:r w:rsidRPr="00BC338D">
        <w:rPr>
          <w:b/>
          <w:bCs/>
        </w:rPr>
        <w:t>Université de Sherbrooke</w:t>
      </w:r>
      <w:r w:rsidR="00BC338D" w:rsidRPr="00BC338D">
        <w:rPr>
          <w:b/>
          <w:bCs/>
        </w:rPr>
        <w:t xml:space="preserve"> • UDES</w:t>
      </w:r>
    </w:p>
    <w:p w14:paraId="7C251710" w14:textId="77777777" w:rsidR="00163877" w:rsidRPr="009B0595" w:rsidRDefault="00000000" w:rsidP="00567A65">
      <w:r w:rsidRPr="009B0595">
        <w:t xml:space="preserve">Ce semestre de génie </w:t>
      </w:r>
      <w:r w:rsidR="00930EA1">
        <w:t xml:space="preserve">mécanique </w:t>
      </w:r>
      <w:r w:rsidRPr="009B0595">
        <w:t>m’a ouvert à la création de produits innovants, à la gestion des opérations, à la modélisation et à l’entrepreneuriat. J’y ai développé Hydrobaies Technologies au sein d’une équipe de dix étudiants.</w:t>
      </w:r>
    </w:p>
    <w:p w14:paraId="3ECCC6FB" w14:textId="77777777" w:rsidR="00BC338D" w:rsidRDefault="00BC338D" w:rsidP="00567A65">
      <w:pPr>
        <w:rPr>
          <w:rStyle w:val="Emphasis"/>
        </w:rPr>
      </w:pPr>
    </w:p>
    <w:p w14:paraId="35F2B8A0" w14:textId="7957F7DD" w:rsidR="00163877" w:rsidRPr="00E91D36" w:rsidRDefault="00000000" w:rsidP="00567A65">
      <w:pPr>
        <w:rPr>
          <w:rStyle w:val="Emphasis"/>
        </w:rPr>
      </w:pPr>
      <w:proofErr w:type="gramStart"/>
      <w:r w:rsidRPr="00E91D36">
        <w:rPr>
          <w:rStyle w:val="Emphasis"/>
        </w:rPr>
        <w:t xml:space="preserve">2024  </w:t>
      </w:r>
      <w:r w:rsidR="00567A65" w:rsidRPr="00E91D36">
        <w:rPr>
          <w:rStyle w:val="Emphasis"/>
        </w:rPr>
        <w:t>-</w:t>
      </w:r>
      <w:proofErr w:type="gramEnd"/>
      <w:r w:rsidRPr="00E91D36">
        <w:rPr>
          <w:rStyle w:val="Emphasis"/>
        </w:rPr>
        <w:t xml:space="preserve">  Stage de fin de BUT</w:t>
      </w:r>
    </w:p>
    <w:p w14:paraId="3BA196AF" w14:textId="77777777" w:rsidR="00163877" w:rsidRPr="00BC338D" w:rsidRDefault="00000000" w:rsidP="00E56523">
      <w:pPr>
        <w:pStyle w:val="Caption"/>
        <w:rPr>
          <w:b/>
          <w:bCs/>
        </w:rPr>
      </w:pPr>
      <w:r w:rsidRPr="00BC338D">
        <w:rPr>
          <w:b/>
          <w:bCs/>
        </w:rPr>
        <w:t>MDS pendant quatre mois</w:t>
      </w:r>
    </w:p>
    <w:p w14:paraId="411E9922" w14:textId="77777777" w:rsidR="00163877" w:rsidRPr="009B0595" w:rsidRDefault="00000000" w:rsidP="00567A65">
      <w:r w:rsidRPr="009B0595">
        <w:t>J’ai rejoint un bureau d’études industriel pour concevoir des modules de stérilisation sous SolidWorks et suivre les échanges entre plans, fabrication et montage.</w:t>
      </w:r>
    </w:p>
    <w:p w14:paraId="308F6E07" w14:textId="77777777" w:rsidR="00BC338D" w:rsidRDefault="00BC338D" w:rsidP="00567A65">
      <w:pPr>
        <w:rPr>
          <w:rStyle w:val="Emphasis"/>
        </w:rPr>
      </w:pPr>
    </w:p>
    <w:p w14:paraId="4DE573DC" w14:textId="50FA6206" w:rsidR="00163877" w:rsidRPr="00E91D36" w:rsidRDefault="00000000" w:rsidP="00567A65">
      <w:pPr>
        <w:rPr>
          <w:rStyle w:val="Emphasis"/>
        </w:rPr>
      </w:pPr>
      <w:r w:rsidRPr="00E91D36">
        <w:rPr>
          <w:rStyle w:val="Emphasis"/>
        </w:rPr>
        <w:t xml:space="preserve">Depuis </w:t>
      </w:r>
      <w:proofErr w:type="gramStart"/>
      <w:r w:rsidRPr="00E91D36">
        <w:rPr>
          <w:rStyle w:val="Emphasis"/>
        </w:rPr>
        <w:t xml:space="preserve">2024  </w:t>
      </w:r>
      <w:r w:rsidR="00567A65" w:rsidRPr="00E91D36">
        <w:rPr>
          <w:rStyle w:val="Emphasis"/>
        </w:rPr>
        <w:t>-</w:t>
      </w:r>
      <w:proofErr w:type="gramEnd"/>
      <w:r w:rsidRPr="00E91D36">
        <w:rPr>
          <w:rStyle w:val="Emphasis"/>
        </w:rPr>
        <w:t xml:space="preserve">  Cycle ingénieur en mécanique et design produit</w:t>
      </w:r>
    </w:p>
    <w:p w14:paraId="769A95D6" w14:textId="232FFCA5" w:rsidR="00163877" w:rsidRPr="00BC338D" w:rsidRDefault="00000000" w:rsidP="00E56523">
      <w:pPr>
        <w:pStyle w:val="Caption"/>
        <w:rPr>
          <w:b/>
          <w:bCs/>
        </w:rPr>
      </w:pPr>
      <w:r w:rsidRPr="00BC338D">
        <w:rPr>
          <w:b/>
          <w:bCs/>
        </w:rPr>
        <w:t>Université de technologie de Belfort Montbéliard</w:t>
      </w:r>
      <w:r w:rsidR="00BC338D" w:rsidRPr="00BC338D">
        <w:rPr>
          <w:b/>
          <w:bCs/>
        </w:rPr>
        <w:t xml:space="preserve"> • UTBM</w:t>
      </w:r>
    </w:p>
    <w:p w14:paraId="2373278F" w14:textId="591588D8" w:rsidR="00163877" w:rsidRPr="009B0595" w:rsidRDefault="00000000" w:rsidP="00567A65">
      <w:r w:rsidRPr="009B0595">
        <w:t xml:space="preserve">À l’UTBM, mon cursus en ingénierie mécanique, ergonomie et design prolonge cette double approche technique et créative. Les projets </w:t>
      </w:r>
      <w:r w:rsidRPr="005B01CC">
        <w:t xml:space="preserve">Bell &amp; Ross et </w:t>
      </w:r>
      <w:r w:rsidR="005B01CC" w:rsidRPr="005B01CC">
        <w:t>iPhone Fx</w:t>
      </w:r>
      <w:r w:rsidRPr="009B0595">
        <w:t xml:space="preserve"> m’ont permis de relier analyse de l’usage, identité formelle, CAO et contraintes de production.</w:t>
      </w:r>
    </w:p>
    <w:p w14:paraId="12035C9C" w14:textId="77777777" w:rsidR="00BC338D" w:rsidRDefault="00BC338D">
      <w:pPr>
        <w:rPr>
          <w:rStyle w:val="Emphasis"/>
        </w:rPr>
      </w:pPr>
    </w:p>
    <w:p w14:paraId="13C15352" w14:textId="61EB4620" w:rsidR="00A25283" w:rsidRDefault="00000000">
      <w:pPr>
        <w:rPr>
          <w:rStyle w:val="Emphasis"/>
        </w:rPr>
      </w:pPr>
      <w:r>
        <w:rPr>
          <w:rStyle w:val="Emphasis"/>
        </w:rPr>
        <w:t>Semestre A</w:t>
      </w:r>
      <w:r w:rsidR="00BC338D">
        <w:rPr>
          <w:rStyle w:val="Emphasis"/>
        </w:rPr>
        <w:t xml:space="preserve">utomne </w:t>
      </w:r>
      <w:proofErr w:type="gramStart"/>
      <w:r>
        <w:rPr>
          <w:rStyle w:val="Emphasis"/>
        </w:rPr>
        <w:t>2025  -</w:t>
      </w:r>
      <w:proofErr w:type="gramEnd"/>
      <w:r>
        <w:rPr>
          <w:rStyle w:val="Emphasis"/>
        </w:rPr>
        <w:t xml:space="preserve">  Stage ingénieur</w:t>
      </w:r>
    </w:p>
    <w:p w14:paraId="7AA6375E" w14:textId="77777777" w:rsidR="00A25283" w:rsidRPr="00BC338D" w:rsidRDefault="00000000">
      <w:pPr>
        <w:pStyle w:val="Caption"/>
        <w:rPr>
          <w:b/>
          <w:bCs/>
        </w:rPr>
      </w:pPr>
      <w:r w:rsidRPr="00BC338D">
        <w:rPr>
          <w:b/>
          <w:bCs/>
        </w:rPr>
        <w:t>SMG Confrère pendant six mois</w:t>
      </w:r>
    </w:p>
    <w:p w14:paraId="55A71565" w14:textId="77777777" w:rsidR="00A25283" w:rsidRDefault="00000000">
      <w:r>
        <w:t>J’ai développé l’éventail Zéphyr et conçu une benne modulaire pour le tri en atelier. Ce stage a approfondi ma pratique de la conception et du prototypage, au contact de l’atelier et de l’artisanat.</w:t>
      </w:r>
    </w:p>
    <w:p w14:paraId="17756F4E" w14:textId="6D708BD9" w:rsidR="00E757FE" w:rsidRDefault="00E757FE">
      <w:pPr>
        <w:spacing w:after="200" w:line="276" w:lineRule="auto"/>
        <w:rPr>
          <w:rStyle w:val="Emphasis"/>
        </w:rPr>
      </w:pPr>
      <w:r>
        <w:rPr>
          <w:rStyle w:val="Emphasis"/>
        </w:rPr>
        <w:br w:type="page"/>
      </w:r>
    </w:p>
    <w:p w14:paraId="11B1E76A" w14:textId="77777777" w:rsidR="00BC338D" w:rsidRDefault="00BC338D" w:rsidP="00567A65">
      <w:pPr>
        <w:rPr>
          <w:rStyle w:val="Emphasis"/>
        </w:rPr>
      </w:pPr>
    </w:p>
    <w:p w14:paraId="05ECB476" w14:textId="322948E8" w:rsidR="00163877" w:rsidRPr="00E91D36" w:rsidRDefault="00BC338D" w:rsidP="00567A65">
      <w:pPr>
        <w:rPr>
          <w:rStyle w:val="Emphasis"/>
        </w:rPr>
      </w:pPr>
      <w:r>
        <w:rPr>
          <w:rStyle w:val="Emphasis"/>
        </w:rPr>
        <w:t xml:space="preserve">Semestre Automne </w:t>
      </w:r>
      <w:r w:rsidR="00000000" w:rsidRPr="00E91D36">
        <w:rPr>
          <w:rStyle w:val="Emphasis"/>
        </w:rPr>
        <w:t xml:space="preserve">2026 </w:t>
      </w:r>
      <w:proofErr w:type="gramStart"/>
      <w:r w:rsidR="00567A65" w:rsidRPr="00E91D36">
        <w:rPr>
          <w:rStyle w:val="Emphasis"/>
        </w:rPr>
        <w:t>-</w:t>
      </w:r>
      <w:r w:rsidR="00000000" w:rsidRPr="00E91D36">
        <w:rPr>
          <w:rStyle w:val="Emphasis"/>
        </w:rPr>
        <w:t xml:space="preserve">  Semestre</w:t>
      </w:r>
      <w:proofErr w:type="gramEnd"/>
      <w:r w:rsidR="00000000" w:rsidRPr="00E91D36">
        <w:rPr>
          <w:rStyle w:val="Emphasis"/>
        </w:rPr>
        <w:t xml:space="preserve"> au Royaume Uni</w:t>
      </w:r>
    </w:p>
    <w:p w14:paraId="64D3D481" w14:textId="7015E3EC" w:rsidR="00163877" w:rsidRPr="00BC338D" w:rsidRDefault="00000000" w:rsidP="00E56523">
      <w:pPr>
        <w:pStyle w:val="Caption"/>
        <w:rPr>
          <w:b/>
          <w:bCs/>
        </w:rPr>
      </w:pPr>
      <w:proofErr w:type="spellStart"/>
      <w:r w:rsidRPr="00BC338D">
        <w:rPr>
          <w:b/>
          <w:bCs/>
        </w:rPr>
        <w:t>University</w:t>
      </w:r>
      <w:proofErr w:type="spellEnd"/>
      <w:r w:rsidRPr="00BC338D">
        <w:rPr>
          <w:b/>
          <w:bCs/>
        </w:rPr>
        <w:t xml:space="preserve"> of Lancashire </w:t>
      </w:r>
      <w:r w:rsidR="00BC338D" w:rsidRPr="00BC338D">
        <w:rPr>
          <w:b/>
          <w:bCs/>
        </w:rPr>
        <w:t>•</w:t>
      </w:r>
      <w:r w:rsidRPr="00BC338D">
        <w:rPr>
          <w:b/>
          <w:bCs/>
        </w:rPr>
        <w:t xml:space="preserve"> </w:t>
      </w:r>
      <w:proofErr w:type="spellStart"/>
      <w:r w:rsidRPr="00BC338D">
        <w:rPr>
          <w:b/>
          <w:bCs/>
        </w:rPr>
        <w:t>UCLan</w:t>
      </w:r>
      <w:proofErr w:type="spellEnd"/>
    </w:p>
    <w:p w14:paraId="2D8C3733" w14:textId="77777777" w:rsidR="00163877" w:rsidRPr="009B0595" w:rsidRDefault="00000000" w:rsidP="00567A65">
      <w:r w:rsidRPr="009B0595">
        <w:t>Je poursuis actuellement un semestre d’échange avec des enseignements sur les énergies renouvelables, la fabrication additive et la place de l’ingénieur dans la société. Cette immersion enrichit ma pratique de l’anglais et mon expérience du travail dans un environnement international.</w:t>
      </w:r>
    </w:p>
    <w:p w14:paraId="772E6D4D" w14:textId="77777777" w:rsidR="00163877" w:rsidRPr="009B0595" w:rsidRDefault="00000000" w:rsidP="00567A65">
      <w:pPr>
        <w:pStyle w:val="Heading2"/>
      </w:pPr>
      <w:r w:rsidRPr="009B0595">
        <w:t>Repères complémentaires</w:t>
      </w:r>
    </w:p>
    <w:p w14:paraId="4B2411A4" w14:textId="711A0C3B" w:rsidR="00163877" w:rsidRPr="009B0595" w:rsidRDefault="00E757FE" w:rsidP="00567A65">
      <w:r>
        <w:rPr>
          <w:noProof/>
        </w:rPr>
        <mc:AlternateContent>
          <mc:Choice Requires="wpg">
            <w:drawing>
              <wp:anchor distT="0" distB="0" distL="114300" distR="114300" simplePos="0" relativeHeight="251715584" behindDoc="0" locked="0" layoutInCell="1" allowOverlap="1" wp14:anchorId="0F542075" wp14:editId="114C95EF">
                <wp:simplePos x="0" y="0"/>
                <wp:positionH relativeFrom="page">
                  <wp:align>left</wp:align>
                </wp:positionH>
                <wp:positionV relativeFrom="page">
                  <wp:align>center</wp:align>
                </wp:positionV>
                <wp:extent cx="244800" cy="10213200"/>
                <wp:effectExtent l="50800" t="25400" r="60325" b="74295"/>
                <wp:wrapSquare wrapText="bothSides"/>
                <wp:docPr id="615051350"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741259442" name="Group 13"/>
                        <wpg:cNvGrpSpPr/>
                        <wpg:grpSpPr>
                          <a:xfrm>
                            <a:off x="0" y="0"/>
                            <a:ext cx="163775" cy="10213245"/>
                            <a:chOff x="0" y="0"/>
                            <a:chExt cx="163775" cy="10213245"/>
                          </a:xfrm>
                        </wpg:grpSpPr>
                        <wps:wsp>
                          <wps:cNvPr id="1268021607"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949321686"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247717431"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311070231"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A7B6B7" id="Group 14" o:spid="_x0000_s1026" style="position:absolute;margin-left:0;margin-top:0;width:19.3pt;height:804.2pt;z-index:251715584;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sidR="00000000" w:rsidRPr="009B0595">
        <w:t xml:space="preserve">Certifications SolidWorks CSWA et CSWP. Anglais de niveau C1. Pratique de la CAO sous SolidWorks, </w:t>
      </w:r>
      <w:proofErr w:type="spellStart"/>
      <w:r w:rsidR="00000000" w:rsidRPr="009B0595">
        <w:t>TopSolid</w:t>
      </w:r>
      <w:proofErr w:type="spellEnd"/>
      <w:r w:rsidR="00000000" w:rsidRPr="009B0595">
        <w:t xml:space="preserve"> et CATIA V5, complétée par les outils de création graphique Adobe.</w:t>
      </w:r>
    </w:p>
    <w:p w14:paraId="566579A9" w14:textId="77616521" w:rsidR="00A734A1" w:rsidRDefault="00000000">
      <w:r w:rsidRPr="009B0595">
        <w:br w:type="page"/>
      </w:r>
      <w:proofErr w:type="gramStart"/>
      <w:r>
        <w:lastRenderedPageBreak/>
        <w:t>01  /</w:t>
      </w:r>
      <w:proofErr w:type="gramEnd"/>
      <w:r>
        <w:t xml:space="preserve">  GESTION DE PROJET ET MAQUETTAGE</w:t>
      </w:r>
    </w:p>
    <w:p w14:paraId="0DF92DED" w14:textId="77777777" w:rsidR="00A734A1" w:rsidRDefault="00000000">
      <w:pPr>
        <w:pStyle w:val="Heading1"/>
      </w:pPr>
      <w:bookmarkStart w:id="1" w:name="_Toc243172443"/>
      <w:r>
        <w:t>Mirage 2000-5</w:t>
      </w:r>
      <w:bookmarkEnd w:id="1"/>
    </w:p>
    <w:p w14:paraId="2B63954C" w14:textId="77777777" w:rsidR="00A734A1" w:rsidRDefault="00000000">
      <w:pPr>
        <w:pStyle w:val="Subtitle"/>
        <w:rPr>
          <w:rStyle w:val="SubtleEmphasis"/>
        </w:rPr>
      </w:pPr>
      <w:r>
        <w:rPr>
          <w:rStyle w:val="SubtleEmphasis"/>
        </w:rPr>
        <w:t>Piloter la réalisation d’une maquette au huitième</w:t>
      </w:r>
    </w:p>
    <w:p w14:paraId="266340EE" w14:textId="77777777" w:rsidR="00A734A1" w:rsidRDefault="00000000">
      <w:proofErr w:type="gramStart"/>
      <w:r>
        <w:t>UTBM  •</w:t>
      </w:r>
      <w:proofErr w:type="gramEnd"/>
      <w:r>
        <w:t xml:space="preserve">  Chef de </w:t>
      </w:r>
      <w:proofErr w:type="gramStart"/>
      <w:r>
        <w:t>projet  •</w:t>
      </w:r>
      <w:proofErr w:type="gramEnd"/>
      <w:r>
        <w:t xml:space="preserve">  Équipe de 10 </w:t>
      </w:r>
      <w:proofErr w:type="gramStart"/>
      <w:r>
        <w:t>personnes  •</w:t>
      </w:r>
      <w:proofErr w:type="gramEnd"/>
      <w:r>
        <w:t xml:space="preserve">  Plus de 2 000 heures cumulées</w:t>
      </w:r>
    </w:p>
    <w:p w14:paraId="48BEA667" w14:textId="77777777" w:rsidR="00A734A1" w:rsidRDefault="00DF1D47">
      <w:pPr>
        <w:keepNext/>
        <w:jc w:val="center"/>
      </w:pPr>
      <w:r>
        <w:rPr>
          <w:noProof/>
          <w:color w:val="806A49"/>
        </w:rPr>
        <mc:AlternateContent>
          <mc:Choice Requires="wpg">
            <w:drawing>
              <wp:anchor distT="0" distB="0" distL="114300" distR="114300" simplePos="0" relativeHeight="251695104" behindDoc="0" locked="0" layoutInCell="1" allowOverlap="1" wp14:anchorId="30FEBB0F" wp14:editId="4220B3D6">
                <wp:simplePos x="0" y="0"/>
                <wp:positionH relativeFrom="page">
                  <wp:align>left</wp:align>
                </wp:positionH>
                <wp:positionV relativeFrom="page">
                  <wp:align>center</wp:align>
                </wp:positionV>
                <wp:extent cx="244800" cy="10213200"/>
                <wp:effectExtent l="50800" t="25400" r="60325" b="74295"/>
                <wp:wrapSquare wrapText="bothSides"/>
                <wp:docPr id="2034983363"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392910112" name="Group 13"/>
                        <wpg:cNvGrpSpPr/>
                        <wpg:grpSpPr>
                          <a:xfrm>
                            <a:off x="0" y="0"/>
                            <a:ext cx="163775" cy="10213245"/>
                            <a:chOff x="0" y="0"/>
                            <a:chExt cx="163775" cy="10213245"/>
                          </a:xfrm>
                        </wpg:grpSpPr>
                        <wps:wsp>
                          <wps:cNvPr id="112787843"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706177445"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46755848"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2114260448"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1B90417" id="Group 14" o:spid="_x0000_s1026" style="position:absolute;margin-left:0;margin-top:0;width:19.3pt;height:804.2pt;z-index:251695104;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Pr>
          <w:noProof/>
        </w:rPr>
        <w:drawing>
          <wp:inline distT="0" distB="0" distL="0" distR="0" wp14:anchorId="085DF018" wp14:editId="7B9FF38D">
            <wp:extent cx="2523744" cy="1682496"/>
            <wp:effectExtent l="0" t="0" r="0" b="0"/>
            <wp:docPr id="9001" name="Mirage portfolio 1" descr="L’équipe autour de la maquette du Mirage 2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age-photo-1.jpg"/>
                    <pic:cNvPicPr/>
                  </pic:nvPicPr>
                  <pic:blipFill>
                    <a:blip r:embed="rId13"/>
                    <a:stretch>
                      <a:fillRect/>
                    </a:stretch>
                  </pic:blipFill>
                  <pic:spPr>
                    <a:xfrm>
                      <a:off x="0" y="0"/>
                      <a:ext cx="2523744" cy="1682496"/>
                    </a:xfrm>
                    <a:prstGeom prst="rect">
                      <a:avLst/>
                    </a:prstGeom>
                  </pic:spPr>
                </pic:pic>
              </a:graphicData>
            </a:graphic>
          </wp:inline>
        </w:drawing>
      </w:r>
      <w:r>
        <w:t xml:space="preserve">   </w:t>
      </w:r>
      <w:r>
        <w:rPr>
          <w:noProof/>
        </w:rPr>
        <w:drawing>
          <wp:inline distT="0" distB="0" distL="0" distR="0" wp14:anchorId="59DCDD71" wp14:editId="424F6E1F">
            <wp:extent cx="2523744" cy="1682496"/>
            <wp:effectExtent l="0" t="0" r="0" b="0"/>
            <wp:docPr id="9002" name="Mirage portfolio 2" descr="Vue de la maquette achevée sur son so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age-photo-2.jpg"/>
                    <pic:cNvPicPr/>
                  </pic:nvPicPr>
                  <pic:blipFill>
                    <a:blip r:embed="rId14"/>
                    <a:stretch>
                      <a:fillRect/>
                    </a:stretch>
                  </pic:blipFill>
                  <pic:spPr>
                    <a:xfrm>
                      <a:off x="0" y="0"/>
                      <a:ext cx="2523744" cy="1682496"/>
                    </a:xfrm>
                    <a:prstGeom prst="rect">
                      <a:avLst/>
                    </a:prstGeom>
                  </pic:spPr>
                </pic:pic>
              </a:graphicData>
            </a:graphic>
          </wp:inline>
        </w:drawing>
      </w:r>
    </w:p>
    <w:p w14:paraId="5502A33F" w14:textId="77777777" w:rsidR="00A734A1" w:rsidRDefault="00000000">
      <w:pPr>
        <w:pStyle w:val="Caption"/>
      </w:pPr>
      <w:r>
        <w:t>L’équipe autour de la maquette et vue du Mirage 2000-5 achevé sur son socle.</w:t>
      </w:r>
    </w:p>
    <w:p w14:paraId="613D7BF4" w14:textId="77777777" w:rsidR="00A734A1" w:rsidRDefault="00000000">
      <w:pPr>
        <w:pStyle w:val="Heading2"/>
      </w:pPr>
      <w:r>
        <w:t>Le projet et mon rôle</w:t>
      </w:r>
    </w:p>
    <w:p w14:paraId="0EC93834" w14:textId="77777777" w:rsidR="00A734A1" w:rsidRDefault="00000000">
      <w:r>
        <w:t>J’ai dirigé une équipe de dix personnes pour réaliser une maquette du Mirage 2000-5 de l’Armée de l’air et de l’espace à l’échelle 1/8. Le projet a mobilisé plus de 2 000 heures de travail cumulées et la maquette a été offerte à la Direction générale de l’armement (DGA). Notre objectif était de reproduire fidèlement l’avion, de ses volumes aux détails de finition.</w:t>
      </w:r>
    </w:p>
    <w:p w14:paraId="587DE055" w14:textId="77777777" w:rsidR="00A734A1" w:rsidRDefault="00000000">
      <w:r>
        <w:t xml:space="preserve">En tant que chef de projet, j’ai coordonné l’équipe et l’enchaînement des étapes de fabrication. Cette responsabilité </w:t>
      </w:r>
      <w:r w:rsidR="0024379B">
        <w:t xml:space="preserve">a consolidé ma capacité </w:t>
      </w:r>
      <w:r>
        <w:t>à répartir le travail, à suivre l’avancement et à articuler des savoir-faire différents pour tenir les délais tout en maintenant une exigence de qualité commune</w:t>
      </w:r>
      <w:r w:rsidR="0024379B">
        <w:t xml:space="preserve"> très élevée</w:t>
      </w:r>
      <w:r>
        <w:t>.</w:t>
      </w:r>
    </w:p>
    <w:p w14:paraId="7013F49E" w14:textId="77777777" w:rsidR="00A734A1" w:rsidRDefault="00000000">
      <w:pPr>
        <w:pStyle w:val="Heading2"/>
      </w:pPr>
      <w:r>
        <w:t>Une fabrication associant plusieurs savoir-faire</w:t>
      </w:r>
    </w:p>
    <w:p w14:paraId="489C4623" w14:textId="77777777" w:rsidR="00A734A1" w:rsidRDefault="00000000">
      <w:r>
        <w:t xml:space="preserve">Nous avons usiné les pièces principales en mousse de polyuréthane haute densité sur une machine à trois axes, puis repris les galbes pour restituer les formes de l’avion. Les plans </w:t>
      </w:r>
      <w:r w:rsidR="0024379B">
        <w:t>fournis par Dassault Aviation</w:t>
      </w:r>
      <w:r>
        <w:t xml:space="preserve"> ont permis de reconstituer certaines pièces et de les fabriquer en impression 3D.</w:t>
      </w:r>
    </w:p>
    <w:p w14:paraId="2E3B8668" w14:textId="77777777" w:rsidR="00A734A1" w:rsidRDefault="00000000">
      <w:r>
        <w:t xml:space="preserve">Le réalisme reposait aussi sur les finitions : retrouver les teintes, recréer les marquages et les autocollants, puis ajuster leurs dimensions et leur position à l’échelle. Ce travail demandait un contrôle minutieux des </w:t>
      </w:r>
      <w:proofErr w:type="spellStart"/>
      <w:r>
        <w:t>cotes</w:t>
      </w:r>
      <w:proofErr w:type="spellEnd"/>
      <w:r>
        <w:t>, des alignements et de la cohérence visuelle de l’ensemble.</w:t>
      </w:r>
    </w:p>
    <w:p w14:paraId="3CA00784" w14:textId="77777777" w:rsidR="00A734A1" w:rsidRDefault="00000000">
      <w:pPr>
        <w:pStyle w:val="Heading2"/>
      </w:pPr>
      <w:r>
        <w:t>Comprendre l’avion pour mieux le reproduire</w:t>
      </w:r>
    </w:p>
    <w:p w14:paraId="624D3495" w14:textId="77777777" w:rsidR="00A734A1" w:rsidRDefault="00000000">
      <w:r>
        <w:t>Accueillis sur deux bases militaires, nous avons pu échanger avec des pilotes et monter à bord de Mirage. L’étude de l’appareil, de ses capacités techniques et de ses assemblages nous a permis de comprendre comment les contraintes d’utilisation et de fabrication expliquent ses formes et ses détails.</w:t>
      </w:r>
    </w:p>
    <w:p w14:paraId="46E72BF8" w14:textId="77777777" w:rsidR="00A734A1" w:rsidRDefault="00000000">
      <w:pPr>
        <w:pStyle w:val="Heading2"/>
      </w:pPr>
      <w:r>
        <w:t>Compétences et enseignements</w:t>
      </w:r>
    </w:p>
    <w:p w14:paraId="2D8E9BE4" w14:textId="77777777" w:rsidR="00A734A1" w:rsidRDefault="00000000">
      <w:r>
        <w:t>Pilotage d’une équipe, gestion du temps, coordination des procédés, maquettage, lecture de plans et attention aux finitions. Je retiens surtout l’importance d’anticiper les dépendances entre les tâches et d’accompagner chacun dans un travail où la qualité finale dépend de la précision de toutes les contributions.</w:t>
      </w:r>
    </w:p>
    <w:p w14:paraId="52FF48A7" w14:textId="77777777" w:rsidR="00163877" w:rsidRPr="000132B2" w:rsidRDefault="00000000" w:rsidP="000132B2">
      <w:r w:rsidRPr="009B0595">
        <w:br w:type="page"/>
      </w:r>
      <w:proofErr w:type="gramStart"/>
      <w:r w:rsidRPr="000132B2">
        <w:lastRenderedPageBreak/>
        <w:t>02  /</w:t>
      </w:r>
      <w:proofErr w:type="gramEnd"/>
      <w:r w:rsidRPr="000132B2">
        <w:t xml:space="preserve">  DÉVELOPPEMENT PRODUIT EN ENTREPRISE</w:t>
      </w:r>
    </w:p>
    <w:p w14:paraId="26930BCE" w14:textId="77777777" w:rsidR="00163877" w:rsidRPr="00E56523" w:rsidRDefault="00DF1D47" w:rsidP="00E56523">
      <w:pPr>
        <w:pStyle w:val="Heading1"/>
      </w:pPr>
      <w:bookmarkStart w:id="2" w:name="_Toc243172444"/>
      <w:r>
        <w:rPr>
          <w:noProof/>
        </w:rPr>
        <mc:AlternateContent>
          <mc:Choice Requires="wpg">
            <w:drawing>
              <wp:anchor distT="0" distB="0" distL="114300" distR="114300" simplePos="0" relativeHeight="251697152" behindDoc="0" locked="0" layoutInCell="1" allowOverlap="1" wp14:anchorId="63CA5E63" wp14:editId="7C406583">
                <wp:simplePos x="0" y="0"/>
                <wp:positionH relativeFrom="page">
                  <wp:align>left</wp:align>
                </wp:positionH>
                <wp:positionV relativeFrom="page">
                  <wp:align>center</wp:align>
                </wp:positionV>
                <wp:extent cx="244800" cy="10213200"/>
                <wp:effectExtent l="50800" t="25400" r="60325" b="74295"/>
                <wp:wrapSquare wrapText="bothSides"/>
                <wp:docPr id="1572121552"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892807060" name="Group 13"/>
                        <wpg:cNvGrpSpPr/>
                        <wpg:grpSpPr>
                          <a:xfrm>
                            <a:off x="0" y="0"/>
                            <a:ext cx="163775" cy="10213245"/>
                            <a:chOff x="0" y="0"/>
                            <a:chExt cx="163775" cy="10213245"/>
                          </a:xfrm>
                        </wpg:grpSpPr>
                        <wps:wsp>
                          <wps:cNvPr id="391137547"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815089493"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8851196"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852827491"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90F60F5" id="Group 14" o:spid="_x0000_s1026" style="position:absolute;margin-left:0;margin-top:0;width:19.3pt;height:804.2pt;z-index:251697152;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sidRPr="00E56523">
        <w:t>Zéphyr</w:t>
      </w:r>
      <w:bookmarkEnd w:id="2"/>
    </w:p>
    <w:p w14:paraId="7238AF35" w14:textId="77777777" w:rsidR="00163877" w:rsidRPr="000132B2" w:rsidRDefault="00000000" w:rsidP="00567A65">
      <w:pPr>
        <w:pStyle w:val="Subtitle"/>
        <w:rPr>
          <w:rStyle w:val="SubtleEmphasis"/>
        </w:rPr>
      </w:pPr>
      <w:r w:rsidRPr="000132B2">
        <w:rPr>
          <w:rStyle w:val="SubtleEmphasis"/>
        </w:rPr>
        <w:t>Développer un éventail haut de gamme</w:t>
      </w:r>
    </w:p>
    <w:p w14:paraId="03A66823" w14:textId="77777777" w:rsidR="00163877" w:rsidRPr="009B0595" w:rsidRDefault="00000000" w:rsidP="00567A65">
      <w:r w:rsidRPr="009B0595">
        <w:t xml:space="preserve">SMG </w:t>
      </w:r>
      <w:r w:rsidR="000132B2" w:rsidRPr="009B0595">
        <w:t xml:space="preserve">Confrère </w:t>
      </w:r>
      <w:proofErr w:type="gramStart"/>
      <w:r w:rsidR="000132B2" w:rsidRPr="009B0595">
        <w:t>•</w:t>
      </w:r>
      <w:r w:rsidRPr="009B0595">
        <w:t xml:space="preserve">  Stage</w:t>
      </w:r>
      <w:proofErr w:type="gramEnd"/>
      <w:r w:rsidRPr="009B0595">
        <w:t xml:space="preserve"> ingénieur A</w:t>
      </w:r>
      <w:r w:rsidR="00D16D31">
        <w:t xml:space="preserve">utomne </w:t>
      </w:r>
      <w:proofErr w:type="gramStart"/>
      <w:r w:rsidRPr="009B0595">
        <w:t>2025  •</w:t>
      </w:r>
      <w:proofErr w:type="gramEnd"/>
      <w:r w:rsidRPr="009B0595">
        <w:t xml:space="preserve">  6 mois pour les deux projets SMG</w:t>
      </w:r>
    </w:p>
    <w:p w14:paraId="21F5BF23" w14:textId="77777777" w:rsidR="00163877" w:rsidRPr="009B0595" w:rsidRDefault="00000000" w:rsidP="00567A65">
      <w:r>
        <w:rPr>
          <w:noProof/>
        </w:rPr>
        <w:drawing>
          <wp:inline distT="0" distB="0" distL="0" distR="0" wp14:anchorId="6D879640" wp14:editId="4D835304">
            <wp:extent cx="1513036" cy="1554476"/>
            <wp:effectExtent l="0" t="0" r="0" b="0"/>
            <wp:docPr id="2" name="Picture 2" descr="Prototype réel de l’armature Zéphyr sans to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1.jpeg"/>
                    <pic:cNvPicPr/>
                  </pic:nvPicPr>
                  <pic:blipFill rotWithShape="1">
                    <a:blip r:embed="rId15"/>
                    <a:srcRect l="70" t="17990" r="70" b="6966"/>
                    <a:stretch>
                      <a:fillRect/>
                    </a:stretch>
                  </pic:blipFill>
                  <pic:spPr bwMode="auto">
                    <a:xfrm>
                      <a:off x="0" y="0"/>
                      <a:ext cx="1570987" cy="1614014"/>
                    </a:xfrm>
                    <a:prstGeom prst="rect">
                      <a:avLst/>
                    </a:prstGeom>
                    <a:ln>
                      <a:noFill/>
                    </a:ln>
                    <a:extLst>
                      <a:ext uri="{53640926-AAD7-44D8-BBD7-CCE9431645EC}">
                        <a14:shadowObscured xmlns:a14="http://schemas.microsoft.com/office/drawing/2010/main"/>
                      </a:ext>
                    </a:extLst>
                  </pic:spPr>
                </pic:pic>
              </a:graphicData>
            </a:graphic>
          </wp:inline>
        </w:drawing>
      </w:r>
      <w:r w:rsidRPr="009B0595">
        <w:t xml:space="preserve">   </w:t>
      </w:r>
      <w:r>
        <w:rPr>
          <w:noProof/>
        </w:rPr>
        <w:drawing>
          <wp:inline distT="0" distB="0" distL="0" distR="0" wp14:anchorId="4E51E783" wp14:editId="4214A708">
            <wp:extent cx="1861696" cy="1554387"/>
            <wp:effectExtent l="0" t="0" r="5715" b="0"/>
            <wp:docPr id="3" name="Picture 3" descr="Étude CAO du mécanisme sous na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pic:nvPicPr>
                  <pic:blipFill>
                    <a:blip r:embed="rId16"/>
                    <a:stretch>
                      <a:fillRect/>
                    </a:stretch>
                  </pic:blipFill>
                  <pic:spPr>
                    <a:xfrm>
                      <a:off x="0" y="0"/>
                      <a:ext cx="1882571" cy="1571816"/>
                    </a:xfrm>
                    <a:prstGeom prst="rect">
                      <a:avLst/>
                    </a:prstGeom>
                  </pic:spPr>
                </pic:pic>
              </a:graphicData>
            </a:graphic>
          </wp:inline>
        </w:drawing>
      </w:r>
      <w:r w:rsidR="00930EA1" w:rsidRPr="009B0595">
        <w:t xml:space="preserve">   </w:t>
      </w:r>
      <w:r w:rsidR="00930EA1">
        <w:rPr>
          <w:noProof/>
          <w:color w:val="EE0000"/>
        </w:rPr>
        <w:drawing>
          <wp:inline distT="0" distB="0" distL="0" distR="0" wp14:anchorId="1AF46645" wp14:editId="2D58AAEF">
            <wp:extent cx="2465781" cy="1547041"/>
            <wp:effectExtent l="0" t="0" r="0" b="2540"/>
            <wp:docPr id="2117507191" name="Image 122" descr="Une image contenant text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07191" name="Image 122" descr="Une image contenant texte, capture d’écran, conception&#10;&#10;Le contenu généré par l’IA peut être incorrect."/>
                    <pic:cNvPicPr/>
                  </pic:nvPicPr>
                  <pic:blipFill rotWithShape="1">
                    <a:blip r:embed="rId17" cstate="print">
                      <a:extLst>
                        <a:ext uri="{28A0092B-C50C-407E-A947-70E740481C1C}">
                          <a14:useLocalDpi xmlns:a14="http://schemas.microsoft.com/office/drawing/2010/main" val="0"/>
                        </a:ext>
                      </a:extLst>
                    </a:blip>
                    <a:srcRect/>
                    <a:stretch>
                      <a:fillRect/>
                    </a:stretch>
                  </pic:blipFill>
                  <pic:spPr bwMode="auto">
                    <a:xfrm>
                      <a:off x="0" y="0"/>
                      <a:ext cx="2629196" cy="1649568"/>
                    </a:xfrm>
                    <a:prstGeom prst="rect">
                      <a:avLst/>
                    </a:prstGeom>
                    <a:ln>
                      <a:noFill/>
                    </a:ln>
                    <a:extLst>
                      <a:ext uri="{53640926-AAD7-44D8-BBD7-CCE9431645EC}">
                        <a14:shadowObscured xmlns:a14="http://schemas.microsoft.com/office/drawing/2010/main"/>
                      </a:ext>
                    </a:extLst>
                  </pic:spPr>
                </pic:pic>
              </a:graphicData>
            </a:graphic>
          </wp:inline>
        </w:drawing>
      </w:r>
    </w:p>
    <w:p w14:paraId="6BB272EF" w14:textId="77777777" w:rsidR="00163877" w:rsidRPr="00E91D36" w:rsidRDefault="00000000" w:rsidP="00E56523">
      <w:pPr>
        <w:pStyle w:val="Caption"/>
      </w:pPr>
      <w:r w:rsidRPr="00E91D36">
        <w:t>À gauche, prototype manuel en finition champagne sans toile. À droite</w:t>
      </w:r>
      <w:r w:rsidR="00930EA1">
        <w:t xml:space="preserve"> et au centre</w:t>
      </w:r>
      <w:r w:rsidRPr="00E91D36">
        <w:t>, étude CAO du mécanisme sous nacre.</w:t>
      </w:r>
    </w:p>
    <w:p w14:paraId="37F03722" w14:textId="77777777" w:rsidR="00163877" w:rsidRPr="009B0595" w:rsidRDefault="00000000" w:rsidP="00567A65">
      <w:pPr>
        <w:pStyle w:val="Heading2"/>
      </w:pPr>
      <w:r w:rsidRPr="009B0595">
        <w:t>Le projet et mon rôle</w:t>
      </w:r>
    </w:p>
    <w:p w14:paraId="157FD405" w14:textId="77777777" w:rsidR="00163877" w:rsidRPr="009B0595" w:rsidRDefault="00000000" w:rsidP="00567A65">
      <w:r w:rsidRPr="009B0595">
        <w:t>Concepteur principal au bureau d’études, j’ai travaillé au développement d’un éventail associant une armature métallique, de la nacre et une toile interchangeable. Il fallait concilier finesse, confort de manipulation, finitions et fabrication. Un défi central concernait l’intégration d’un mécanisme discret dans un moyeu d’environ 30 mm de diamètre.</w:t>
      </w:r>
    </w:p>
    <w:p w14:paraId="63F56DED" w14:textId="77777777" w:rsidR="00163877" w:rsidRPr="009B0595" w:rsidRDefault="00000000" w:rsidP="00567A65">
      <w:pPr>
        <w:pStyle w:val="Heading2"/>
      </w:pPr>
      <w:r w:rsidRPr="009B0595">
        <w:t>Ma démarche</w:t>
      </w:r>
    </w:p>
    <w:p w14:paraId="5986FA15" w14:textId="77777777" w:rsidR="00163877" w:rsidRPr="009B0595" w:rsidRDefault="00000000" w:rsidP="00567A65">
      <w:r w:rsidRPr="009B0595">
        <w:t xml:space="preserve">J’ai recherché les solutions mécaniques, réalisé la CAO et les plans sous </w:t>
      </w:r>
      <w:proofErr w:type="spellStart"/>
      <w:r w:rsidRPr="009B0595">
        <w:t>TopSolid</w:t>
      </w:r>
      <w:proofErr w:type="spellEnd"/>
      <w:r w:rsidRPr="009B0595">
        <w:t>, puis suivi les prototypes avec l’atelier. Le développement a comporté 15 itérations majeures et 14 prototypes. L’étude de 20 variantes de brins, associant matériaux, géométries et épaisseurs, a guidé le choix de l’inox 301.</w:t>
      </w:r>
    </w:p>
    <w:p w14:paraId="2A34E16E" w14:textId="77777777" w:rsidR="00163877" w:rsidRPr="009B0595" w:rsidRDefault="00000000" w:rsidP="00567A65">
      <w:r w:rsidRPr="009B0595">
        <w:t xml:space="preserve">J’ai également mené une consultation sur le design recueillant 112 réponses et pris en compte les essais auprès de 20 utilisateurs pour simplifier le mécanisme manuel. En parallèle, j’ai contacté et suivi 50 fournisseurs, analysé les devis et recherché les compétences nécessaires aux finitions. Les échanges avec des artisans, dont </w:t>
      </w:r>
      <w:proofErr w:type="gramStart"/>
      <w:r w:rsidRPr="009B0595">
        <w:t>une Maître</w:t>
      </w:r>
      <w:proofErr w:type="gramEnd"/>
      <w:r w:rsidRPr="009B0595">
        <w:t xml:space="preserve"> d’art éventailliste, m’ont permis de confronter mes choix aux exigences de leur métier.</w:t>
      </w:r>
    </w:p>
    <w:p w14:paraId="49B8FEB8" w14:textId="77777777" w:rsidR="00163877" w:rsidRPr="009B0595" w:rsidRDefault="00000000" w:rsidP="00567A65">
      <w:pPr>
        <w:pStyle w:val="Heading2"/>
      </w:pPr>
      <w:r w:rsidRPr="009B0595">
        <w:t>Résultats et compétences</w:t>
      </w:r>
    </w:p>
    <w:p w14:paraId="5910B6CD" w14:textId="77777777" w:rsidR="00163877" w:rsidRPr="009B0595" w:rsidRDefault="00000000" w:rsidP="00567A65">
      <w:r w:rsidRPr="009B0595">
        <w:t>L’armature manuelle, son design et sa chaîne de fabrication étaient définis à la fin du stage. La toile finale restait à valider, et la dernière architecture d’ouverture automatique, entièrement étudiée en CAO, restait à prototyper.</w:t>
      </w:r>
    </w:p>
    <w:p w14:paraId="7141CE21" w14:textId="77777777" w:rsidR="00163877" w:rsidRPr="009B0595" w:rsidRDefault="00000000" w:rsidP="00567A65">
      <w:r w:rsidRPr="009B0595">
        <w:t>Ce projet a renforcé mes compétences en conception, expérimentation, choix de matériaux, traitements de surface et coordination de fournisseurs. J’ai appris à porter attention au toucher, à la fluidité du mouvement et à la discrétion des assemblages, tout en tenant compte des possibilités réelles de fabrication.</w:t>
      </w:r>
    </w:p>
    <w:p w14:paraId="048DCB44" w14:textId="77777777" w:rsidR="00163877" w:rsidRPr="009B0595" w:rsidRDefault="00000000" w:rsidP="00567A65">
      <w:r w:rsidRPr="009B0595">
        <w:br w:type="page"/>
      </w:r>
    </w:p>
    <w:p w14:paraId="4EBBAC2B" w14:textId="77777777" w:rsidR="00163877" w:rsidRPr="009B0595" w:rsidRDefault="00000000" w:rsidP="00567A65">
      <w:proofErr w:type="gramStart"/>
      <w:r w:rsidRPr="009B0595">
        <w:lastRenderedPageBreak/>
        <w:t>03  /</w:t>
      </w:r>
      <w:proofErr w:type="gramEnd"/>
      <w:r w:rsidRPr="009B0595">
        <w:t xml:space="preserve">  CONCEPTION MÉCANIQUE EN ENTREPRISE</w:t>
      </w:r>
    </w:p>
    <w:p w14:paraId="10C8DDDE" w14:textId="77777777" w:rsidR="00163877" w:rsidRPr="009B0595" w:rsidRDefault="00000000" w:rsidP="00E56523">
      <w:pPr>
        <w:pStyle w:val="Heading1"/>
      </w:pPr>
      <w:bookmarkStart w:id="3" w:name="_Toc243172445"/>
      <w:r w:rsidRPr="009B0595">
        <w:t>Recyclerie industrielle</w:t>
      </w:r>
      <w:bookmarkEnd w:id="3"/>
    </w:p>
    <w:p w14:paraId="04F444E0" w14:textId="77777777" w:rsidR="00163877" w:rsidRPr="000132B2" w:rsidRDefault="00000000" w:rsidP="00567A65">
      <w:pPr>
        <w:pStyle w:val="Subtitle"/>
        <w:rPr>
          <w:rStyle w:val="SubtleEmphasis"/>
        </w:rPr>
      </w:pPr>
      <w:r w:rsidRPr="000132B2">
        <w:rPr>
          <w:rStyle w:val="SubtleEmphasis"/>
        </w:rPr>
        <w:t>Concevoir une benne modulaire pour le tri en atelier</w:t>
      </w:r>
    </w:p>
    <w:p w14:paraId="2A02F3D5" w14:textId="77777777" w:rsidR="00163877" w:rsidRPr="009B0595" w:rsidRDefault="00000000" w:rsidP="00567A65">
      <w:r w:rsidRPr="009B0595">
        <w:t xml:space="preserve">SMG </w:t>
      </w:r>
      <w:proofErr w:type="gramStart"/>
      <w:r w:rsidRPr="009B0595">
        <w:t xml:space="preserve">Confrère  </w:t>
      </w:r>
      <w:r w:rsidR="00BC5BF7">
        <w:t>•</w:t>
      </w:r>
      <w:proofErr w:type="gramEnd"/>
      <w:r w:rsidRPr="009B0595">
        <w:t xml:space="preserve">  Second projet du stage ingénieur </w:t>
      </w:r>
      <w:r w:rsidR="00D16D31">
        <w:t xml:space="preserve">Automne </w:t>
      </w:r>
      <w:proofErr w:type="gramStart"/>
      <w:r w:rsidRPr="009B0595">
        <w:t>2025  •</w:t>
      </w:r>
      <w:proofErr w:type="gramEnd"/>
      <w:r w:rsidRPr="009B0595">
        <w:t xml:space="preserve">  </w:t>
      </w:r>
      <w:proofErr w:type="spellStart"/>
      <w:r w:rsidRPr="009B0595">
        <w:t>TopSolid</w:t>
      </w:r>
      <w:proofErr w:type="spellEnd"/>
    </w:p>
    <w:p w14:paraId="4E50FD88" w14:textId="77777777" w:rsidR="00163877" w:rsidRDefault="00000000" w:rsidP="00567A65">
      <w:r>
        <w:rPr>
          <w:noProof/>
        </w:rPr>
        <w:drawing>
          <wp:inline distT="0" distB="0" distL="0" distR="0" wp14:anchorId="14F19390" wp14:editId="3DA2622C">
            <wp:extent cx="2740256" cy="1773936"/>
            <wp:effectExtent l="0" t="0" r="3175" b="4445"/>
            <wp:docPr id="4" name="Picture 4" descr="Modèle CAO de la benne et de ses bacs latér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8.png"/>
                    <pic:cNvPicPr/>
                  </pic:nvPicPr>
                  <pic:blipFill>
                    <a:blip r:embed="rId18"/>
                    <a:stretch>
                      <a:fillRect/>
                    </a:stretch>
                  </pic:blipFill>
                  <pic:spPr>
                    <a:xfrm>
                      <a:off x="0" y="0"/>
                      <a:ext cx="2740256" cy="1773936"/>
                    </a:xfrm>
                    <a:prstGeom prst="rect">
                      <a:avLst/>
                    </a:prstGeom>
                    <a:ln>
                      <a:noFill/>
                    </a:ln>
                    <a:effectLst/>
                  </pic:spPr>
                </pic:pic>
              </a:graphicData>
            </a:graphic>
          </wp:inline>
        </w:drawing>
      </w:r>
      <w:r w:rsidR="00D16D31">
        <w:t xml:space="preserve">  </w:t>
      </w:r>
      <w:r w:rsidR="00D16D31">
        <w:rPr>
          <w:noProof/>
        </w:rPr>
        <w:drawing>
          <wp:inline distT="0" distB="0" distL="0" distR="0" wp14:anchorId="5481219D" wp14:editId="199D198A">
            <wp:extent cx="2040020" cy="1773638"/>
            <wp:effectExtent l="0" t="0" r="5080" b="4445"/>
            <wp:docPr id="118423886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38869" name="Picture 1184238869"/>
                    <pic:cNvPicPr/>
                  </pic:nvPicPr>
                  <pic:blipFill>
                    <a:blip r:embed="rId19"/>
                    <a:stretch>
                      <a:fillRect/>
                    </a:stretch>
                  </pic:blipFill>
                  <pic:spPr>
                    <a:xfrm>
                      <a:off x="0" y="0"/>
                      <a:ext cx="2071160" cy="1800712"/>
                    </a:xfrm>
                    <a:prstGeom prst="rect">
                      <a:avLst/>
                    </a:prstGeom>
                    <a:ln>
                      <a:noFill/>
                    </a:ln>
                    <a:effectLst/>
                  </pic:spPr>
                </pic:pic>
              </a:graphicData>
            </a:graphic>
          </wp:inline>
        </w:drawing>
      </w:r>
    </w:p>
    <w:p w14:paraId="141B2B5E" w14:textId="77777777" w:rsidR="00163877" w:rsidRPr="00E91D36" w:rsidRDefault="00000000" w:rsidP="00E56523">
      <w:pPr>
        <w:pStyle w:val="Caption"/>
      </w:pPr>
      <w:r w:rsidRPr="00E91D36">
        <w:t>Modèle CAO de la benne à deux compartiments et de ses bacs amovibles.</w:t>
      </w:r>
    </w:p>
    <w:p w14:paraId="715B6A45" w14:textId="77777777" w:rsidR="00163877" w:rsidRPr="009B0595" w:rsidRDefault="00000000" w:rsidP="00567A65">
      <w:pPr>
        <w:pStyle w:val="Heading2"/>
      </w:pPr>
      <w:r w:rsidRPr="009B0595">
        <w:t>Le besoin</w:t>
      </w:r>
    </w:p>
    <w:p w14:paraId="5B08D0F3" w14:textId="77777777" w:rsidR="00163877" w:rsidRPr="009B0595" w:rsidRDefault="00000000" w:rsidP="00567A65">
      <w:r w:rsidRPr="009B0595">
        <w:t xml:space="preserve">Les points de collecte des déchets étaient dispersés dans l’usine, ce qui entraînait des déplacements et des erreurs de tri. Le projet visait à rapprocher plusieurs flux des postes de travail tout en répondant au manque de place au sol. La solution devait s’intégrer à une organisation de la </w:t>
      </w:r>
      <w:r w:rsidR="00DF1D47">
        <w:rPr>
          <w:noProof/>
          <w:color w:val="806A49"/>
        </w:rPr>
        <mc:AlternateContent>
          <mc:Choice Requires="wpg">
            <w:drawing>
              <wp:anchor distT="0" distB="0" distL="114300" distR="114300" simplePos="0" relativeHeight="251699200" behindDoc="0" locked="0" layoutInCell="1" allowOverlap="1" wp14:anchorId="25174CFC" wp14:editId="3AE977A8">
                <wp:simplePos x="0" y="0"/>
                <wp:positionH relativeFrom="page">
                  <wp:align>left</wp:align>
                </wp:positionH>
                <wp:positionV relativeFrom="page">
                  <wp:align>center</wp:align>
                </wp:positionV>
                <wp:extent cx="244800" cy="10213200"/>
                <wp:effectExtent l="50800" t="25400" r="60325" b="74295"/>
                <wp:wrapSquare wrapText="bothSides"/>
                <wp:docPr id="1183969342"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787869144" name="Group 13"/>
                        <wpg:cNvGrpSpPr/>
                        <wpg:grpSpPr>
                          <a:xfrm>
                            <a:off x="0" y="0"/>
                            <a:ext cx="163775" cy="10213245"/>
                            <a:chOff x="0" y="0"/>
                            <a:chExt cx="163775" cy="10213245"/>
                          </a:xfrm>
                        </wpg:grpSpPr>
                        <wps:wsp>
                          <wps:cNvPr id="632614347"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866663204"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1190985120"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788903649"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D6A7DED" id="Group 14" o:spid="_x0000_s1026" style="position:absolute;margin-left:0;margin-top:0;width:19.3pt;height:804.2pt;z-index:251699200;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sidRPr="009B0595">
        <w:t>recyclerie sur deux niveaux.</w:t>
      </w:r>
    </w:p>
    <w:p w14:paraId="7C44EC17" w14:textId="77777777" w:rsidR="00163877" w:rsidRPr="009B0595" w:rsidRDefault="00000000" w:rsidP="00567A65">
      <w:pPr>
        <w:pStyle w:val="Heading2"/>
      </w:pPr>
      <w:r w:rsidRPr="009B0595">
        <w:t>Ma contribution</w:t>
      </w:r>
    </w:p>
    <w:p w14:paraId="7B222B2F" w14:textId="77777777" w:rsidR="00163877" w:rsidRPr="009B0595" w:rsidRDefault="00000000" w:rsidP="00567A65">
      <w:r w:rsidRPr="009B0595">
        <w:t>À partir des observations en atelier et des besoins transmis par l’encadrement, j’ai participé à la définition du cahier des charges et conçu une benne à deux compartiments indépendants, complétée par des bacs latéraux amovibles.</w:t>
      </w:r>
    </w:p>
    <w:p w14:paraId="68DF9B70" w14:textId="77777777" w:rsidR="00163877" w:rsidRPr="009B0595" w:rsidRDefault="00000000" w:rsidP="00567A65">
      <w:r w:rsidRPr="009B0595">
        <w:t>J’ai développé la structure mécano-soudée et les mécanismes de sélection et de déverrouillage des fonds ouvrants. Le principe étudié permet de déclencher le vidage par contact avec la benne extérieure, sans que le cariste ait à descendre de son chariot. J’ai aussi intégré une retenue sur les fourches, des déflecteurs et une porte arrière pour le chargement en hauteur.</w:t>
      </w:r>
    </w:p>
    <w:p w14:paraId="655B1125" w14:textId="77777777" w:rsidR="00163877" w:rsidRPr="009B0595" w:rsidRDefault="00000000" w:rsidP="00567A65">
      <w:r w:rsidRPr="009B0595">
        <w:t>La conception tient compte de la fabrication et de l’entretien : tôles découpées et pliées, positionnement par tenons et mortaises avant soudure, paliers démontables et points de graissage. Les bacs latéraux en aluminium proposent plusieurs configurations et limitent la masse à manipuler.</w:t>
      </w:r>
    </w:p>
    <w:p w14:paraId="71ADA323" w14:textId="77777777" w:rsidR="00163877" w:rsidRPr="009B0595" w:rsidRDefault="00000000" w:rsidP="00567A65">
      <w:pPr>
        <w:pStyle w:val="Heading2"/>
      </w:pPr>
      <w:r w:rsidRPr="009B0595">
        <w:t>Résultat et enseignements</w:t>
      </w:r>
    </w:p>
    <w:p w14:paraId="2D5868BB" w14:textId="77777777" w:rsidR="00163877" w:rsidRPr="009B0595" w:rsidRDefault="00000000" w:rsidP="00567A65">
      <w:r w:rsidRPr="009B0595">
        <w:t>Le projet a abouti à une conception détaillée de la benne et de ses mécanismes. Le prototype, les essais en conditions réelles et la validation de la stabilité restaient à réaliser avant la mise en service.</w:t>
      </w:r>
    </w:p>
    <w:p w14:paraId="33B6A0E1" w14:textId="77777777" w:rsidR="00163877" w:rsidRPr="009B0595" w:rsidRDefault="00000000" w:rsidP="00567A65">
      <w:r w:rsidRPr="009B0595">
        <w:t>J’ai développé mes compétences en analyse fonctionnelle, tôlerie, cinématique et ergonomie. Ce travail m’a appris à partir des gestes des opérateurs pour concevoir un équipement adapté, en intégrant la maintenance et les risques dès les premières décisions.</w:t>
      </w:r>
    </w:p>
    <w:p w14:paraId="0046B481" w14:textId="77777777" w:rsidR="00163877" w:rsidRPr="009B0595" w:rsidRDefault="00000000" w:rsidP="00567A65">
      <w:r w:rsidRPr="009B0595">
        <w:br w:type="page"/>
      </w:r>
      <w:proofErr w:type="gramStart"/>
      <w:r w:rsidRPr="009B0595">
        <w:lastRenderedPageBreak/>
        <w:t>04  /</w:t>
      </w:r>
      <w:proofErr w:type="gramEnd"/>
      <w:r w:rsidRPr="009B0595">
        <w:t xml:space="preserve">  DESIGN ET CONCEPTION</w:t>
      </w:r>
    </w:p>
    <w:p w14:paraId="33876765" w14:textId="77777777" w:rsidR="00163877" w:rsidRPr="009B0595" w:rsidRDefault="00000000" w:rsidP="00E56523">
      <w:pPr>
        <w:pStyle w:val="Heading1"/>
      </w:pPr>
      <w:bookmarkStart w:id="4" w:name="_Toc243172446"/>
      <w:r w:rsidRPr="009B0595">
        <w:t>BR Light Diver</w:t>
      </w:r>
      <w:bookmarkEnd w:id="4"/>
    </w:p>
    <w:p w14:paraId="6C965FD0" w14:textId="77777777" w:rsidR="00163877" w:rsidRPr="000132B2" w:rsidRDefault="00541753" w:rsidP="00567A65">
      <w:pPr>
        <w:pStyle w:val="Subtitle"/>
        <w:rPr>
          <w:rStyle w:val="SubtleEmphasis"/>
        </w:rPr>
      </w:pPr>
      <w:r>
        <w:rPr>
          <w:noProof/>
        </w:rPr>
        <w:drawing>
          <wp:anchor distT="0" distB="0" distL="114300" distR="114300" simplePos="0" relativeHeight="251658240" behindDoc="0" locked="0" layoutInCell="1" allowOverlap="1" wp14:anchorId="0C4CEC1D" wp14:editId="29A04E89">
            <wp:simplePos x="0" y="0"/>
            <wp:positionH relativeFrom="column">
              <wp:posOffset>3862216</wp:posOffset>
            </wp:positionH>
            <wp:positionV relativeFrom="paragraph">
              <wp:posOffset>302846</wp:posOffset>
            </wp:positionV>
            <wp:extent cx="2886092" cy="2097521"/>
            <wp:effectExtent l="0" t="0" r="0" b="0"/>
            <wp:wrapNone/>
            <wp:docPr id="13567313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731318" name="Picture 1356731318"/>
                    <pic:cNvPicPr/>
                  </pic:nvPicPr>
                  <pic:blipFill rotWithShape="1">
                    <a:blip r:embed="rId20"/>
                    <a:srcRect l="41267" t="15299" r="6392" b="23866"/>
                    <a:stretch>
                      <a:fillRect/>
                    </a:stretch>
                  </pic:blipFill>
                  <pic:spPr bwMode="auto">
                    <a:xfrm>
                      <a:off x="0" y="0"/>
                      <a:ext cx="2886092" cy="20975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32B2">
        <w:rPr>
          <w:rStyle w:val="SubtleEmphasis"/>
        </w:rPr>
        <w:t>Traduire les codes de Bell &amp; Ross dans une lampe de plongée</w:t>
      </w:r>
    </w:p>
    <w:p w14:paraId="5FE699C9" w14:textId="77777777" w:rsidR="00163877" w:rsidRPr="009B0595" w:rsidRDefault="00000000" w:rsidP="00567A65">
      <w:proofErr w:type="gramStart"/>
      <w:r w:rsidRPr="009B0595">
        <w:t>UTBM  •</w:t>
      </w:r>
      <w:proofErr w:type="gramEnd"/>
      <w:r w:rsidRPr="009B0595">
        <w:t xml:space="preserve">   Printemps </w:t>
      </w:r>
      <w:proofErr w:type="gramStart"/>
      <w:r w:rsidRPr="009B0595">
        <w:t>2025  •</w:t>
      </w:r>
      <w:proofErr w:type="gramEnd"/>
      <w:r w:rsidRPr="009B0595">
        <w:t xml:space="preserve"> </w:t>
      </w:r>
      <w:r w:rsidR="00283430">
        <w:t xml:space="preserve">Projet académique en équipe de </w:t>
      </w:r>
      <w:proofErr w:type="gramStart"/>
      <w:r w:rsidR="00283430">
        <w:t>5  •</w:t>
      </w:r>
      <w:proofErr w:type="gramEnd"/>
      <w:r w:rsidR="00283430">
        <w:t xml:space="preserve"> </w:t>
      </w:r>
      <w:r w:rsidRPr="009B0595">
        <w:t xml:space="preserve"> </w:t>
      </w:r>
      <w:r w:rsidR="00283430">
        <w:t>CATIA V5</w:t>
      </w:r>
    </w:p>
    <w:p w14:paraId="2CA68B2A" w14:textId="77777777" w:rsidR="00163877" w:rsidRPr="009B0595" w:rsidRDefault="00541753" w:rsidP="00567A65">
      <w:r w:rsidRPr="00541753">
        <w:rPr>
          <w:noProof/>
        </w:rPr>
        <w:drawing>
          <wp:anchor distT="0" distB="0" distL="114300" distR="114300" simplePos="0" relativeHeight="251659264" behindDoc="0" locked="0" layoutInCell="1" allowOverlap="1" wp14:anchorId="626A46D0" wp14:editId="05F1A3D5">
            <wp:simplePos x="0" y="0"/>
            <wp:positionH relativeFrom="column">
              <wp:posOffset>2278718</wp:posOffset>
            </wp:positionH>
            <wp:positionV relativeFrom="paragraph">
              <wp:posOffset>346075</wp:posOffset>
            </wp:positionV>
            <wp:extent cx="1580147" cy="1333813"/>
            <wp:effectExtent l="0" t="0" r="0" b="0"/>
            <wp:wrapNone/>
            <wp:docPr id="78705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5680" name=""/>
                    <pic:cNvPicPr/>
                  </pic:nvPicPr>
                  <pic:blipFill>
                    <a:blip r:embed="rId21"/>
                    <a:stretch>
                      <a:fillRect/>
                    </a:stretch>
                  </pic:blipFill>
                  <pic:spPr>
                    <a:xfrm>
                      <a:off x="0" y="0"/>
                      <a:ext cx="1580147" cy="1333813"/>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490363E" wp14:editId="2226CF7D">
            <wp:extent cx="1903454" cy="1810512"/>
            <wp:effectExtent l="0" t="0" r="0" b="0"/>
            <wp:docPr id="5" name="Picture 5" descr="Modélisation de la lampe BR Light D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l_cao_ensemble.png"/>
                    <pic:cNvPicPr/>
                  </pic:nvPicPr>
                  <pic:blipFill>
                    <a:blip r:embed="rId22"/>
                    <a:stretch>
                      <a:fillRect/>
                    </a:stretch>
                  </pic:blipFill>
                  <pic:spPr>
                    <a:xfrm>
                      <a:off x="0" y="0"/>
                      <a:ext cx="1903454" cy="1810512"/>
                    </a:xfrm>
                    <a:prstGeom prst="rect">
                      <a:avLst/>
                    </a:prstGeom>
                  </pic:spPr>
                </pic:pic>
              </a:graphicData>
            </a:graphic>
          </wp:inline>
        </w:drawing>
      </w:r>
      <w:r w:rsidRPr="009B0595">
        <w:t xml:space="preserve">   </w:t>
      </w:r>
    </w:p>
    <w:p w14:paraId="0C358741" w14:textId="77777777" w:rsidR="00163877" w:rsidRPr="00E91D36" w:rsidRDefault="00000000" w:rsidP="00E56523">
      <w:pPr>
        <w:pStyle w:val="Caption"/>
      </w:pPr>
      <w:r w:rsidRPr="00E91D36">
        <w:t xml:space="preserve">Modélisation de la lampe et </w:t>
      </w:r>
      <w:r w:rsidR="00541753">
        <w:t>rendus blender des deux éléments de la lampe, module + manche</w:t>
      </w:r>
    </w:p>
    <w:p w14:paraId="7C92768A" w14:textId="77777777" w:rsidR="00163877" w:rsidRPr="009B0595" w:rsidRDefault="00DF1D47" w:rsidP="00567A65">
      <w:pPr>
        <w:pStyle w:val="Heading2"/>
      </w:pPr>
      <w:r>
        <w:rPr>
          <w:noProof/>
          <w:color w:val="806A49"/>
        </w:rPr>
        <mc:AlternateContent>
          <mc:Choice Requires="wpg">
            <w:drawing>
              <wp:anchor distT="0" distB="0" distL="114300" distR="114300" simplePos="0" relativeHeight="251701248" behindDoc="0" locked="0" layoutInCell="1" allowOverlap="1" wp14:anchorId="36FA4340" wp14:editId="45F2AF39">
                <wp:simplePos x="0" y="0"/>
                <wp:positionH relativeFrom="page">
                  <wp:align>left</wp:align>
                </wp:positionH>
                <wp:positionV relativeFrom="page">
                  <wp:align>center</wp:align>
                </wp:positionV>
                <wp:extent cx="244800" cy="10213200"/>
                <wp:effectExtent l="50800" t="25400" r="60325" b="74295"/>
                <wp:wrapSquare wrapText="bothSides"/>
                <wp:docPr id="1630432185"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827904593" name="Group 13"/>
                        <wpg:cNvGrpSpPr/>
                        <wpg:grpSpPr>
                          <a:xfrm>
                            <a:off x="0" y="0"/>
                            <a:ext cx="163775" cy="10213245"/>
                            <a:chOff x="0" y="0"/>
                            <a:chExt cx="163775" cy="10213245"/>
                          </a:xfrm>
                        </wpg:grpSpPr>
                        <wps:wsp>
                          <wps:cNvPr id="2146214431"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35193166"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1022579830"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1191034058"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94B3B7F" id="Group 14" o:spid="_x0000_s1026" style="position:absolute;margin-left:0;margin-top:0;width:19.3pt;height:804.2pt;z-index:251701248;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" strokecolor="#806a49" strokeweight="2.5pt">
                  <v:stroke opacity="13107f"/>
                  <v:shadow on="t" color="black" opacity="24903f" origin=",.5" offset="0,.55556mm"/>
                </v:line>
                <w10:wrap type="square" anchorx="page" anchory="page"/>
              </v:group>
            </w:pict>
          </mc:Fallback>
        </mc:AlternateContent>
      </w:r>
      <w:r w:rsidRPr="009B0595">
        <w:t>Le projet</w:t>
      </w:r>
    </w:p>
    <w:p w14:paraId="19DA999A" w14:textId="77777777" w:rsidR="00163877" w:rsidRPr="009B0595" w:rsidRDefault="00000000" w:rsidP="00567A65">
      <w:r w:rsidRPr="009B0595">
        <w:t>À partir d’une fonction</w:t>
      </w:r>
      <w:r w:rsidR="00BC5BF7">
        <w:t xml:space="preserve"> et d’une entreprise</w:t>
      </w:r>
      <w:r w:rsidRPr="009B0595">
        <w:t xml:space="preserve"> imposée</w:t>
      </w:r>
      <w:r w:rsidR="00BC5BF7">
        <w:t>s</w:t>
      </w:r>
      <w:r w:rsidRPr="009B0595">
        <w:t>, s’éclairer lors d’une pratique sportive nocturne</w:t>
      </w:r>
      <w:r w:rsidR="00BC5BF7">
        <w:t xml:space="preserve"> pour Bell &amp; Ross </w:t>
      </w:r>
      <w:r w:rsidR="00BC5BF7" w:rsidRPr="009B0595">
        <w:t>nous</w:t>
      </w:r>
      <w:r w:rsidRPr="009B0595">
        <w:t xml:space="preserve"> avons imaginé une lampe de plongée modulaire </w:t>
      </w:r>
      <w:r w:rsidR="00BC5BF7">
        <w:t>inspirée de cette entreprise iconique</w:t>
      </w:r>
      <w:r w:rsidRPr="009B0595">
        <w:t>. Il fallait transposer une identité de marque dans un nouvel objet, tout en intégrant la prise en main avec des gants et les contraintes du milieu marin</w:t>
      </w:r>
      <w:r w:rsidR="00541753">
        <w:t xml:space="preserve"> très exigeant</w:t>
      </w:r>
      <w:r w:rsidRPr="009B0595">
        <w:t>.</w:t>
      </w:r>
    </w:p>
    <w:p w14:paraId="72435A05" w14:textId="77777777" w:rsidR="00163877" w:rsidRPr="009B0595" w:rsidRDefault="00000000" w:rsidP="00567A65">
      <w:pPr>
        <w:pStyle w:val="Heading2"/>
      </w:pPr>
      <w:r w:rsidRPr="009B0595">
        <w:t>Ma responsabilité de conception</w:t>
      </w:r>
    </w:p>
    <w:p w14:paraId="1CE1710C" w14:textId="77777777" w:rsidR="00163877" w:rsidRPr="009B0595" w:rsidRDefault="00000000" w:rsidP="00567A65">
      <w:r w:rsidRPr="009B0595">
        <w:t xml:space="preserve">J’ai réalisé l’intégralité de la CAO du produit et orienté la conception selon les besoins techniques et productifs. J’ai relié </w:t>
      </w:r>
      <w:r w:rsidR="00BC5BF7" w:rsidRPr="009B0595">
        <w:t>l’apparence</w:t>
      </w:r>
      <w:r w:rsidRPr="009B0595">
        <w:t xml:space="preserve"> à l’architecture interne : implantation des batteries et de l’électronique, interfaces d’assemblage, logements de joints et liaison démontable entre le manche et le module lumineux.</w:t>
      </w:r>
    </w:p>
    <w:p w14:paraId="0FBA9D2C" w14:textId="77777777" w:rsidR="00163877" w:rsidRPr="009B0595" w:rsidRDefault="00000000" w:rsidP="00567A65">
      <w:pPr>
        <w:pStyle w:val="Heading2"/>
      </w:pPr>
      <w:r w:rsidRPr="009B0595">
        <w:t>Une conception nourrie par les essais</w:t>
      </w:r>
    </w:p>
    <w:p w14:paraId="052C633A" w14:textId="77777777" w:rsidR="00163877" w:rsidRPr="009B0595" w:rsidRDefault="00000000" w:rsidP="00567A65">
      <w:r w:rsidRPr="009B0595">
        <w:t>Le travail collectif a associé analyse de marque, recherche d’usages, exploration de concepts et prototypage. Sept variantes de manches ont permis d’étudier la préhension. Les essais et l’échange avec un professionnel de la plongée nous ont conduits à revoir l’orientation de l’éclairage, les commandes et les fixations.</w:t>
      </w:r>
    </w:p>
    <w:p w14:paraId="12E74B11" w14:textId="77777777" w:rsidR="00163877" w:rsidRPr="009B0595" w:rsidRDefault="00000000" w:rsidP="00567A65">
      <w:r w:rsidRPr="009B0595">
        <w:t>Le choix du titane et une analyse du cycle de vie ont complété la réflexion sur les matériaux, les procédés et la durabilité. Le projet a abouti à une maquette numérique détaillée, des prototypes d’étude ergonomique et un dossier de définition. Les performances en plongée restaient à valider.</w:t>
      </w:r>
    </w:p>
    <w:p w14:paraId="4E3777FB" w14:textId="77777777" w:rsidR="00163877" w:rsidRPr="009B0595" w:rsidRDefault="00000000" w:rsidP="00567A65">
      <w:pPr>
        <w:pStyle w:val="Heading2"/>
      </w:pPr>
      <w:r w:rsidRPr="009B0595">
        <w:t>Compétences et enseignements</w:t>
      </w:r>
    </w:p>
    <w:p w14:paraId="4102C9DA" w14:textId="77777777" w:rsidR="00163877" w:rsidRPr="009B0595" w:rsidRDefault="00000000" w:rsidP="00567A65">
      <w:r w:rsidRPr="009B0595">
        <w:t>CAO volumique et surfacique, architecture produit, conception d’assemblages, sélection des matériaux et prise en compte des essais. J’ai appris à faire évoluer une proposition esthétique à partir des retours d’usage, tout en conservant une cohérence d’ensemble.</w:t>
      </w:r>
    </w:p>
    <w:p w14:paraId="230678BA" w14:textId="77777777" w:rsidR="00163877" w:rsidRPr="009B0595" w:rsidRDefault="00000000" w:rsidP="00567A65">
      <w:r w:rsidRPr="009B0595">
        <w:br w:type="page"/>
      </w:r>
      <w:proofErr w:type="gramStart"/>
      <w:r w:rsidRPr="009B0595">
        <w:lastRenderedPageBreak/>
        <w:t>05  /</w:t>
      </w:r>
      <w:proofErr w:type="gramEnd"/>
      <w:r w:rsidRPr="009B0595">
        <w:t xml:space="preserve">  DESIGN ET ARCHITECTURE PRODUIT</w:t>
      </w:r>
    </w:p>
    <w:p w14:paraId="4A524AD1" w14:textId="77777777" w:rsidR="00163877" w:rsidRPr="009B0595" w:rsidRDefault="00000000" w:rsidP="00E56523">
      <w:pPr>
        <w:pStyle w:val="Heading1"/>
      </w:pPr>
      <w:bookmarkStart w:id="5" w:name="_Toc243172447"/>
      <w:r w:rsidRPr="009B0595">
        <w:t xml:space="preserve">Concept </w:t>
      </w:r>
      <w:r w:rsidR="00BC5BF7">
        <w:t>iPhone Fx</w:t>
      </w:r>
      <w:bookmarkEnd w:id="5"/>
    </w:p>
    <w:p w14:paraId="520D0632" w14:textId="77777777" w:rsidR="00163877" w:rsidRPr="000132B2" w:rsidRDefault="00000000" w:rsidP="00567A65">
      <w:pPr>
        <w:pStyle w:val="Subtitle"/>
        <w:rPr>
          <w:rStyle w:val="SubtleEmphasis"/>
        </w:rPr>
      </w:pPr>
      <w:r w:rsidRPr="000132B2">
        <w:rPr>
          <w:rStyle w:val="SubtleEmphasis"/>
        </w:rPr>
        <w:t>Un module photographique inspiré d’Apple et de Fujifilm</w:t>
      </w:r>
    </w:p>
    <w:p w14:paraId="58B396F0" w14:textId="77777777" w:rsidR="00163877" w:rsidRPr="009B0595" w:rsidRDefault="004B5C07" w:rsidP="00567A65">
      <w:r w:rsidRPr="004B5C07">
        <w:rPr>
          <w:noProof/>
        </w:rPr>
        <w:drawing>
          <wp:anchor distT="0" distB="0" distL="114300" distR="114300" simplePos="0" relativeHeight="251660288" behindDoc="0" locked="0" layoutInCell="1" allowOverlap="1" wp14:anchorId="01C7F21E" wp14:editId="0A38FC1F">
            <wp:simplePos x="0" y="0"/>
            <wp:positionH relativeFrom="column">
              <wp:posOffset>4946095</wp:posOffset>
            </wp:positionH>
            <wp:positionV relativeFrom="paragraph">
              <wp:posOffset>249175</wp:posOffset>
            </wp:positionV>
            <wp:extent cx="1439293" cy="1537870"/>
            <wp:effectExtent l="152400" t="152400" r="351790" b="354965"/>
            <wp:wrapNone/>
            <wp:docPr id="2050" name="Picture 2" descr="Appareil photo moderne sur fond sombre">
              <a:extLst xmlns:a="http://schemas.openxmlformats.org/drawingml/2006/main">
                <a:ext uri="{FF2B5EF4-FFF2-40B4-BE49-F238E27FC236}">
                  <a16:creationId xmlns:a16="http://schemas.microsoft.com/office/drawing/2014/main" id="{4AFA6EC6-4B7B-A317-9500-61FB95143D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Appareil photo moderne sur fond sombre">
                      <a:extLst>
                        <a:ext uri="{FF2B5EF4-FFF2-40B4-BE49-F238E27FC236}">
                          <a16:creationId xmlns:a16="http://schemas.microsoft.com/office/drawing/2014/main" id="{4AFA6EC6-4B7B-A317-9500-61FB95143D8E}"/>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5674" cy="1544688"/>
                    </a:xfrm>
                    <a:prstGeom prst="round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roofErr w:type="gramStart"/>
      <w:r w:rsidRPr="009B0595">
        <w:t>UTBM  •</w:t>
      </w:r>
      <w:proofErr w:type="gramEnd"/>
      <w:r w:rsidRPr="009B0595">
        <w:t xml:space="preserve">  Printemps </w:t>
      </w:r>
      <w:proofErr w:type="gramStart"/>
      <w:r w:rsidRPr="009B0595">
        <w:t>2026  •</w:t>
      </w:r>
      <w:proofErr w:type="gramEnd"/>
      <w:r w:rsidRPr="009B0595">
        <w:t xml:space="preserve">  Projet académique en équipe de 4</w:t>
      </w:r>
      <w:r w:rsidR="00283430">
        <w:t xml:space="preserve"> • CATIA V5</w:t>
      </w:r>
    </w:p>
    <w:p w14:paraId="7CB248CE" w14:textId="77777777" w:rsidR="00163877" w:rsidRPr="009B0595" w:rsidRDefault="00000000" w:rsidP="00567A65">
      <w:r>
        <w:rPr>
          <w:noProof/>
        </w:rPr>
        <w:drawing>
          <wp:inline distT="0" distB="0" distL="0" distR="0" wp14:anchorId="5BC78FA7" wp14:editId="472CDFA4">
            <wp:extent cx="2325026" cy="1664208"/>
            <wp:effectExtent l="0" t="0" r="0" b="0"/>
            <wp:docPr id="7" name="Picture 7" descr="Vue éclatée de ma conceptio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ji_cao_eclate.png"/>
                    <pic:cNvPicPr/>
                  </pic:nvPicPr>
                  <pic:blipFill>
                    <a:blip r:embed="rId9"/>
                    <a:stretch>
                      <a:fillRect/>
                    </a:stretch>
                  </pic:blipFill>
                  <pic:spPr>
                    <a:xfrm>
                      <a:off x="0" y="0"/>
                      <a:ext cx="2325026" cy="1664208"/>
                    </a:xfrm>
                    <a:prstGeom prst="rect">
                      <a:avLst/>
                    </a:prstGeom>
                  </pic:spPr>
                </pic:pic>
              </a:graphicData>
            </a:graphic>
          </wp:inline>
        </w:drawing>
      </w:r>
      <w:r w:rsidRPr="009B0595">
        <w:t xml:space="preserve">   </w:t>
      </w:r>
      <w:r w:rsidR="004B5C07" w:rsidRPr="004B5C07">
        <w:rPr>
          <w:noProof/>
        </w:rPr>
        <w:drawing>
          <wp:inline distT="0" distB="0" distL="0" distR="0" wp14:anchorId="517D8F76" wp14:editId="1F8C8121">
            <wp:extent cx="2262505" cy="1390919"/>
            <wp:effectExtent l="0" t="0" r="0" b="6350"/>
            <wp:docPr id="8" name="Image 7">
              <a:extLst xmlns:a="http://schemas.openxmlformats.org/drawingml/2006/main">
                <a:ext uri="{FF2B5EF4-FFF2-40B4-BE49-F238E27FC236}">
                  <a16:creationId xmlns:a16="http://schemas.microsoft.com/office/drawing/2014/main" id="{4F469021-E015-06C7-C3C0-C0D20F0CD5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4F469021-E015-06C7-C3C0-C0D20F0CD505}"/>
                        </a:ext>
                      </a:extLst>
                    </pic:cNvPr>
                    <pic:cNvPicPr>
                      <a:picLocks noChangeAspect="1"/>
                    </pic:cNvPicPr>
                  </pic:nvPicPr>
                  <pic:blipFill rotWithShape="1">
                    <a:blip r:embed="rId24"/>
                    <a:srcRect t="41883" r="41420" b="7437"/>
                    <a:stretch>
                      <a:fillRect/>
                    </a:stretch>
                  </pic:blipFill>
                  <pic:spPr bwMode="auto">
                    <a:xfrm>
                      <a:off x="0" y="0"/>
                      <a:ext cx="2302928" cy="1415770"/>
                    </a:xfrm>
                    <a:prstGeom prst="rect">
                      <a:avLst/>
                    </a:prstGeom>
                    <a:ln>
                      <a:noFill/>
                    </a:ln>
                    <a:extLst>
                      <a:ext uri="{53640926-AAD7-44D8-BBD7-CCE9431645EC}">
                        <a14:shadowObscured xmlns:a14="http://schemas.microsoft.com/office/drawing/2010/main"/>
                      </a:ext>
                    </a:extLst>
                  </pic:spPr>
                </pic:pic>
              </a:graphicData>
            </a:graphic>
          </wp:inline>
        </w:drawing>
      </w:r>
    </w:p>
    <w:p w14:paraId="5E9FFBF3" w14:textId="77777777" w:rsidR="00163877" w:rsidRPr="00E91D36" w:rsidRDefault="00000000" w:rsidP="00E56523">
      <w:pPr>
        <w:pStyle w:val="Caption"/>
      </w:pPr>
      <w:r w:rsidRPr="00E91D36">
        <w:t xml:space="preserve">Vue éclatée CAO du concept iPhone Fx </w:t>
      </w:r>
      <w:r w:rsidR="00867FE4">
        <w:t>•</w:t>
      </w:r>
      <w:r w:rsidRPr="00E91D36">
        <w:t xml:space="preserve"> </w:t>
      </w:r>
      <w:r w:rsidR="00867FE4">
        <w:t>Mise en plan du module • Rendu 3D du module sans focale amovible</w:t>
      </w:r>
    </w:p>
    <w:p w14:paraId="3A916F85" w14:textId="77777777" w:rsidR="00163877" w:rsidRPr="009B0595" w:rsidRDefault="00000000" w:rsidP="00567A65">
      <w:pPr>
        <w:pStyle w:val="Heading2"/>
      </w:pPr>
      <w:r w:rsidRPr="009B0595">
        <w:t>Le concept</w:t>
      </w:r>
    </w:p>
    <w:p w14:paraId="78701DC6" w14:textId="77777777" w:rsidR="00163877" w:rsidRPr="009B0595" w:rsidRDefault="00000000" w:rsidP="00567A65">
      <w:r w:rsidRPr="009B0595">
        <w:t>Nous avons imaginé un smartphone recevant un module photographique amovible, pour associer la simplicité d’usage du téléphone aux gestes d’un appareil photo. Inspiré des univers d’Apple et de Fujifilm, le concept comprend une poignée intégrant des batteries, une monture d’objectif et un viseur rabattable.</w:t>
      </w:r>
    </w:p>
    <w:p w14:paraId="00333AAE" w14:textId="77777777" w:rsidR="00163877" w:rsidRPr="009B0595" w:rsidRDefault="00000000" w:rsidP="00567A65">
      <w:pPr>
        <w:pStyle w:val="Heading2"/>
      </w:pPr>
      <w:r w:rsidRPr="009B0595">
        <w:t>Mon rôle dans le groupe</w:t>
      </w:r>
    </w:p>
    <w:p w14:paraId="485EE187" w14:textId="77777777" w:rsidR="00163877" w:rsidRPr="009B0595" w:rsidRDefault="00000000" w:rsidP="00567A65">
      <w:r w:rsidRPr="009B0595">
        <w:t>Responsable de la conception, j’ai réalisé l’intégralité de la CAO sous CATIA V5. J’ai travaillé sur l’agencement des composants, les liaisons et les mécanismes, en tenant compte de la fabrication et de l’assemblage. Ma connaissance de l’univers Apple m’a également permis de servir de référent sur ses codes de design, ses matériaux et ses choix techniques.</w:t>
      </w:r>
    </w:p>
    <w:p w14:paraId="7AFEDA59" w14:textId="77777777" w:rsidR="00163877" w:rsidRPr="009B0595" w:rsidRDefault="00000000" w:rsidP="00567A65">
      <w:pPr>
        <w:pStyle w:val="Heading2"/>
      </w:pPr>
      <w:r w:rsidRPr="009B0595">
        <w:t>Du concept aux maquettes</w:t>
      </w:r>
    </w:p>
    <w:p w14:paraId="1E0B7C8C" w14:textId="77777777" w:rsidR="00163877" w:rsidRPr="009B0595" w:rsidRDefault="00000000" w:rsidP="00567A65">
      <w:r w:rsidRPr="009B0595">
        <w:t>Nous avons étudié l’accès aux commandes, la préhension, le centrage du téléphone et l’encombrement du viseur. Cinq prototypes imprimés en 3D et une vingtaine de tests utilisateurs ont alimenté les évolutions de la poignée, du déclenchement, des molettes et de la connexion du module.</w:t>
      </w:r>
    </w:p>
    <w:p w14:paraId="39B5D636" w14:textId="77777777" w:rsidR="00163877" w:rsidRPr="009B0595" w:rsidRDefault="00000000" w:rsidP="00567A65">
      <w:r w:rsidRPr="009B0595">
        <w:t>Le travail a abouti à une définition numérique des sous-ensembles, à des nomenclatures et à des choix de matériaux, complétés par les maquettes ergonomiques. J’ai coordonné la conception avec les travaux de mes camarades sur l’interface utilisateur et la simulation mécanique. Les maquettes permettaient d’évaluer l’usage</w:t>
      </w:r>
      <w:r w:rsidR="004B5C07">
        <w:t>.</w:t>
      </w:r>
    </w:p>
    <w:p w14:paraId="0FE796CF" w14:textId="77777777" w:rsidR="00163877" w:rsidRPr="009B0595" w:rsidRDefault="00DF1D47" w:rsidP="00567A65">
      <w:pPr>
        <w:pStyle w:val="Heading2"/>
      </w:pPr>
      <w:r>
        <w:rPr>
          <w:noProof/>
          <w:color w:val="806A49"/>
        </w:rPr>
        <mc:AlternateContent>
          <mc:Choice Requires="wpg">
            <w:drawing>
              <wp:anchor distT="0" distB="0" distL="114300" distR="114300" simplePos="0" relativeHeight="251703296" behindDoc="0" locked="0" layoutInCell="1" allowOverlap="1" wp14:anchorId="064DDDC2" wp14:editId="6C428DB3">
                <wp:simplePos x="0" y="0"/>
                <wp:positionH relativeFrom="page">
                  <wp:align>left</wp:align>
                </wp:positionH>
                <wp:positionV relativeFrom="page">
                  <wp:align>center</wp:align>
                </wp:positionV>
                <wp:extent cx="244800" cy="10213200"/>
                <wp:effectExtent l="50800" t="25400" r="60325" b="74295"/>
                <wp:wrapSquare wrapText="bothSides"/>
                <wp:docPr id="1313066748"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747156911" name="Group 13"/>
                        <wpg:cNvGrpSpPr/>
                        <wpg:grpSpPr>
                          <a:xfrm>
                            <a:off x="0" y="0"/>
                            <a:ext cx="163775" cy="10213245"/>
                            <a:chOff x="0" y="0"/>
                            <a:chExt cx="163775" cy="10213245"/>
                          </a:xfrm>
                        </wpg:grpSpPr>
                        <wps:wsp>
                          <wps:cNvPr id="299103066"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100604290"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1108521689"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557115154"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906512D" id="Group 14" o:spid="_x0000_s1026" style="position:absolute;margin-left:0;margin-top:0;width:19.3pt;height:804.2pt;z-index:251703296;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" strokecolor="#806a49" strokeweight="2.5pt">
                  <v:stroke opacity="13107f"/>
                  <v:shadow on="t" color="black" opacity="24903f" origin=",.5" offset="0,.55556mm"/>
                </v:line>
                <w10:wrap type="square" anchorx="page" anchory="page"/>
              </v:group>
            </w:pict>
          </mc:Fallback>
        </mc:AlternateContent>
      </w:r>
      <w:r w:rsidRPr="009B0595">
        <w:t>Compétences et enseignements</w:t>
      </w:r>
    </w:p>
    <w:p w14:paraId="429137B9" w14:textId="77777777" w:rsidR="00163877" w:rsidRPr="009B0595" w:rsidRDefault="00000000" w:rsidP="00567A65">
      <w:r w:rsidRPr="009B0595">
        <w:t>CATIA V5, intégration de composants, conception détaillée, matériaux et procédés, prototypage itératif et culture du design. J’ai appris à faire coexister deux identités de marque dans un objet cohérent et à traduire une intention d’usage jusque dans les détails mécaniques.</w:t>
      </w:r>
    </w:p>
    <w:p w14:paraId="58139AB5" w14:textId="77777777" w:rsidR="00163877" w:rsidRPr="009B0595" w:rsidRDefault="00000000" w:rsidP="00567A65">
      <w:r w:rsidRPr="009B0595">
        <w:br w:type="page"/>
      </w:r>
    </w:p>
    <w:p w14:paraId="0322FE2E" w14:textId="77777777" w:rsidR="00163877" w:rsidRPr="009B0595" w:rsidRDefault="00000000" w:rsidP="00567A65">
      <w:proofErr w:type="gramStart"/>
      <w:r w:rsidRPr="009B0595">
        <w:lastRenderedPageBreak/>
        <w:t>06  /</w:t>
      </w:r>
      <w:proofErr w:type="gramEnd"/>
      <w:r w:rsidRPr="009B0595">
        <w:t xml:space="preserve">  INNOVATION ET ENTREPRENEURIAT</w:t>
      </w:r>
    </w:p>
    <w:p w14:paraId="707DD7D1" w14:textId="77777777" w:rsidR="00163877" w:rsidRPr="009B0595" w:rsidRDefault="00000000" w:rsidP="00E56523">
      <w:pPr>
        <w:pStyle w:val="Heading1"/>
      </w:pPr>
      <w:bookmarkStart w:id="6" w:name="_Toc243172448"/>
      <w:r w:rsidRPr="009B0595">
        <w:t>Hydrobaies Technologies</w:t>
      </w:r>
      <w:bookmarkEnd w:id="6"/>
    </w:p>
    <w:p w14:paraId="26CD541B" w14:textId="77777777" w:rsidR="00163877" w:rsidRPr="000132B2" w:rsidRDefault="00000000" w:rsidP="00567A65">
      <w:pPr>
        <w:pStyle w:val="Subtitle"/>
        <w:rPr>
          <w:rStyle w:val="SubtleEmphasis"/>
        </w:rPr>
      </w:pPr>
      <w:r w:rsidRPr="000132B2">
        <w:rPr>
          <w:rStyle w:val="SubtleEmphasis"/>
        </w:rPr>
        <w:t>Irrigation de précision pour les producteurs de canneberges</w:t>
      </w:r>
    </w:p>
    <w:p w14:paraId="2E205EDC" w14:textId="77777777" w:rsidR="00163877" w:rsidRPr="009B0595" w:rsidRDefault="00000000" w:rsidP="00567A65">
      <w:r w:rsidRPr="009B0595">
        <w:t>U</w:t>
      </w:r>
      <w:r w:rsidR="00DF1D47">
        <w:rPr>
          <w:noProof/>
          <w:color w:val="806A49"/>
        </w:rPr>
        <mc:AlternateContent>
          <mc:Choice Requires="wpg">
            <w:drawing>
              <wp:anchor distT="0" distB="0" distL="114300" distR="114300" simplePos="0" relativeHeight="251705344" behindDoc="0" locked="0" layoutInCell="1" allowOverlap="1" wp14:anchorId="2F397C17" wp14:editId="50430D81">
                <wp:simplePos x="0" y="0"/>
                <wp:positionH relativeFrom="page">
                  <wp:align>left</wp:align>
                </wp:positionH>
                <wp:positionV relativeFrom="page">
                  <wp:align>center</wp:align>
                </wp:positionV>
                <wp:extent cx="244800" cy="10213200"/>
                <wp:effectExtent l="50800" t="25400" r="60325" b="74295"/>
                <wp:wrapSquare wrapText="bothSides"/>
                <wp:docPr id="2043041968"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133482286" name="Group 13"/>
                        <wpg:cNvGrpSpPr/>
                        <wpg:grpSpPr>
                          <a:xfrm>
                            <a:off x="0" y="0"/>
                            <a:ext cx="163775" cy="10213245"/>
                            <a:chOff x="0" y="0"/>
                            <a:chExt cx="163775" cy="10213245"/>
                          </a:xfrm>
                        </wpg:grpSpPr>
                        <wps:wsp>
                          <wps:cNvPr id="1252735035"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2473181"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1378097339"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515934864"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FB0BD11" id="Group 14" o:spid="_x0000_s1026" style="position:absolute;margin-left:0;margin-top:0;width:19.3pt;height:804.2pt;z-index:251705344;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" strokecolor="#806a49" strokeweight="2.5pt">
                  <v:stroke opacity="13107f"/>
                  <v:shadow on="t" color="black" opacity="24903f" origin=",.5" offset="0,.55556mm"/>
                </v:line>
                <w10:wrap type="square" anchorx="page" anchory="page"/>
              </v:group>
            </w:pict>
          </mc:Fallback>
        </mc:AlternateContent>
      </w:r>
      <w:r w:rsidRPr="009B0595">
        <w:t xml:space="preserve">niversité de </w:t>
      </w:r>
      <w:proofErr w:type="gramStart"/>
      <w:r w:rsidRPr="009B0595">
        <w:t>Sherbrooke  •</w:t>
      </w:r>
      <w:proofErr w:type="gramEnd"/>
      <w:r w:rsidRPr="009B0595">
        <w:t xml:space="preserve">  </w:t>
      </w:r>
      <w:proofErr w:type="gramStart"/>
      <w:r w:rsidRPr="009B0595">
        <w:t>2023  •</w:t>
      </w:r>
      <w:proofErr w:type="gramEnd"/>
      <w:r w:rsidRPr="009B0595">
        <w:t xml:space="preserve">  4 </w:t>
      </w:r>
      <w:proofErr w:type="gramStart"/>
      <w:r w:rsidRPr="009B0595">
        <w:t>mois  •</w:t>
      </w:r>
      <w:proofErr w:type="gramEnd"/>
      <w:r w:rsidRPr="009B0595">
        <w:t xml:space="preserve">  Équipe de 10 étudiants</w:t>
      </w:r>
    </w:p>
    <w:p w14:paraId="2AE3E99A" w14:textId="77777777" w:rsidR="00163877" w:rsidRPr="009B0595" w:rsidRDefault="00000000" w:rsidP="00567A65">
      <w:pPr>
        <w:pStyle w:val="Heading2"/>
      </w:pPr>
      <w:r w:rsidRPr="009B0595">
        <w:t>Le besoin</w:t>
      </w:r>
    </w:p>
    <w:p w14:paraId="04857DF5" w14:textId="77777777" w:rsidR="00163877" w:rsidRPr="009B0595" w:rsidRDefault="00000000" w:rsidP="00567A65">
      <w:r w:rsidRPr="009B0595">
        <w:t>Dans les installations étudiées, une pompe alimente de nombreux gicleurs répartis dans plusieurs champs. Les écarts de pression et le manque de mesures locales entraînent un arrosage inégal : certaines zones reçoivent trop d’eau, d’autres trop peu. Notre projet visait à adapter l’irrigation aux besoins de chaque zone et à mieux utiliser la ressource en eau.</w:t>
      </w:r>
    </w:p>
    <w:p w14:paraId="103DDEA6" w14:textId="77777777" w:rsidR="00163877" w:rsidRPr="009B0595" w:rsidRDefault="00000000" w:rsidP="00567A65">
      <w:pPr>
        <w:pStyle w:val="Heading2"/>
      </w:pPr>
      <w:r w:rsidRPr="009B0595">
        <w:t>La solution développée en équipe</w:t>
      </w:r>
    </w:p>
    <w:p w14:paraId="30933416" w14:textId="77777777" w:rsidR="00163877" w:rsidRPr="009B0595" w:rsidRDefault="00000000" w:rsidP="00567A65">
      <w:r w:rsidRPr="009B0595">
        <w:t>Nous avons conçu le principe d’une valve intelligente ajoutée à chaque gicleur. Un capteur d’humidité renseigne le besoin local et un panneau solaire assure l’autonomie énergétique du dispositif. L’architecture prévoit un réseau maillé entre les équipements et une application web pour suivre l’humidité des sols et l’état des valves. Le projet a donné lieu à un prototype présenté lors des concours.</w:t>
      </w:r>
    </w:p>
    <w:p w14:paraId="1A420929" w14:textId="77777777" w:rsidR="00163877" w:rsidRPr="009B0595" w:rsidRDefault="00000000" w:rsidP="00567A65">
      <w:pPr>
        <w:pStyle w:val="Heading2"/>
      </w:pPr>
      <w:r w:rsidRPr="009B0595">
        <w:t>Ma contribution</w:t>
      </w:r>
    </w:p>
    <w:p w14:paraId="72662336" w14:textId="77777777" w:rsidR="00163877" w:rsidRPr="009B0595" w:rsidRDefault="00000000" w:rsidP="00567A65">
      <w:r w:rsidRPr="009B0595">
        <w:t>J’ai participé à la recherche de solutions techniques et à l’évaluation de leur faisabilité économique. J’ai travaillé sur les calculs de gains attendus pour les exploitants et sur les échanges avec les partenaires et les testeurs. J’ai également créé le logo et les supports visuels pour rendre la solution compréhensible et soutenir sa présentation.</w:t>
      </w:r>
    </w:p>
    <w:p w14:paraId="5361CD18" w14:textId="77777777" w:rsidR="00163877" w:rsidRDefault="00B7673C" w:rsidP="00567A65">
      <w:r>
        <w:t xml:space="preserve">  </w:t>
      </w:r>
      <w:r>
        <w:rPr>
          <w:noProof/>
        </w:rPr>
        <w:drawing>
          <wp:inline distT="0" distB="0" distL="0" distR="0" wp14:anchorId="6B51E78D" wp14:editId="3769E2E8">
            <wp:extent cx="1512536" cy="2138259"/>
            <wp:effectExtent l="0" t="0" r="0" b="0"/>
            <wp:docPr id="9" name="Picture 9" descr="Affiche Hydrobaies présentant le prototype de gicleur intellig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o-affiche-2.png"/>
                    <pic:cNvPicPr/>
                  </pic:nvPicPr>
                  <pic:blipFill>
                    <a:blip r:embed="rId25"/>
                    <a:stretch>
                      <a:fillRect/>
                    </a:stretch>
                  </pic:blipFill>
                  <pic:spPr>
                    <a:xfrm>
                      <a:off x="0" y="0"/>
                      <a:ext cx="1584528" cy="2240033"/>
                    </a:xfrm>
                    <a:prstGeom prst="rect">
                      <a:avLst/>
                    </a:prstGeom>
                  </pic:spPr>
                </pic:pic>
              </a:graphicData>
            </a:graphic>
          </wp:inline>
        </w:drawing>
      </w:r>
      <w:r>
        <w:t xml:space="preserve">  </w:t>
      </w:r>
      <w:r>
        <w:rPr>
          <w:noProof/>
        </w:rPr>
        <w:drawing>
          <wp:inline distT="0" distB="0" distL="0" distR="0" wp14:anchorId="2DF9448B" wp14:editId="7432BE56">
            <wp:extent cx="1506611" cy="2131074"/>
            <wp:effectExtent l="0" t="0" r="5080" b="2540"/>
            <wp:docPr id="15356439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43969" name="Picture 1535643969"/>
                    <pic:cNvPicPr/>
                  </pic:nvPicPr>
                  <pic:blipFill>
                    <a:blip r:embed="rId26"/>
                    <a:stretch>
                      <a:fillRect/>
                    </a:stretch>
                  </pic:blipFill>
                  <pic:spPr>
                    <a:xfrm>
                      <a:off x="0" y="0"/>
                      <a:ext cx="1542338" cy="2181610"/>
                    </a:xfrm>
                    <a:prstGeom prst="rect">
                      <a:avLst/>
                    </a:prstGeom>
                  </pic:spPr>
                </pic:pic>
              </a:graphicData>
            </a:graphic>
          </wp:inline>
        </w:drawing>
      </w:r>
      <w:r>
        <w:t xml:space="preserve">  </w:t>
      </w:r>
      <w:r>
        <w:rPr>
          <w:noProof/>
        </w:rPr>
        <w:drawing>
          <wp:inline distT="0" distB="0" distL="0" distR="0" wp14:anchorId="249CD1FF" wp14:editId="59BCE433">
            <wp:extent cx="1507525" cy="2132365"/>
            <wp:effectExtent l="0" t="0" r="3810" b="1270"/>
            <wp:docPr id="386255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5597" name="Picture 38625597"/>
                    <pic:cNvPicPr/>
                  </pic:nvPicPr>
                  <pic:blipFill>
                    <a:blip r:embed="rId27"/>
                    <a:stretch>
                      <a:fillRect/>
                    </a:stretch>
                  </pic:blipFill>
                  <pic:spPr>
                    <a:xfrm>
                      <a:off x="0" y="0"/>
                      <a:ext cx="1571863" cy="2223371"/>
                    </a:xfrm>
                    <a:prstGeom prst="rect">
                      <a:avLst/>
                    </a:prstGeom>
                  </pic:spPr>
                </pic:pic>
              </a:graphicData>
            </a:graphic>
          </wp:inline>
        </w:drawing>
      </w:r>
      <w:r>
        <w:t xml:space="preserve">  </w:t>
      </w:r>
      <w:r>
        <w:rPr>
          <w:noProof/>
        </w:rPr>
        <w:drawing>
          <wp:inline distT="0" distB="0" distL="0" distR="0" wp14:anchorId="7B55E3E4" wp14:editId="3E8B5537">
            <wp:extent cx="1511030" cy="2137324"/>
            <wp:effectExtent l="0" t="0" r="635" b="0"/>
            <wp:docPr id="2253886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88637" name="Picture 225388637"/>
                    <pic:cNvPicPr/>
                  </pic:nvPicPr>
                  <pic:blipFill>
                    <a:blip r:embed="rId28"/>
                    <a:stretch>
                      <a:fillRect/>
                    </a:stretch>
                  </pic:blipFill>
                  <pic:spPr>
                    <a:xfrm>
                      <a:off x="0" y="0"/>
                      <a:ext cx="1535116" cy="2171394"/>
                    </a:xfrm>
                    <a:prstGeom prst="rect">
                      <a:avLst/>
                    </a:prstGeom>
                  </pic:spPr>
                </pic:pic>
              </a:graphicData>
            </a:graphic>
          </wp:inline>
        </w:drawing>
      </w:r>
    </w:p>
    <w:p w14:paraId="6A0602EF" w14:textId="77777777" w:rsidR="00163877" w:rsidRPr="00E91D36" w:rsidRDefault="00000000" w:rsidP="00E56523">
      <w:pPr>
        <w:pStyle w:val="Caption"/>
      </w:pPr>
      <w:r w:rsidRPr="00E91D36">
        <w:t>Affiche</w:t>
      </w:r>
      <w:r w:rsidR="00B7673C">
        <w:t>s</w:t>
      </w:r>
      <w:r w:rsidRPr="00E91D36">
        <w:t xml:space="preserve"> du </w:t>
      </w:r>
      <w:proofErr w:type="gramStart"/>
      <w:r w:rsidRPr="00E91D36">
        <w:t>projet  •</w:t>
      </w:r>
      <w:proofErr w:type="gramEnd"/>
      <w:r w:rsidRPr="00E91D36">
        <w:t xml:space="preserve">  Prototype de valve autonome associé à un gicleur</w:t>
      </w:r>
      <w:r w:rsidR="00B7673C">
        <w:t xml:space="preserve"> • Problématique • Solution • Gains &amp; économie</w:t>
      </w:r>
    </w:p>
    <w:p w14:paraId="03AB7647" w14:textId="77777777" w:rsidR="00163877" w:rsidRPr="009B0595" w:rsidRDefault="00000000" w:rsidP="00567A65">
      <w:r w:rsidRPr="009B0595">
        <w:br w:type="page"/>
      </w:r>
    </w:p>
    <w:p w14:paraId="63E52109" w14:textId="77777777" w:rsidR="00163877" w:rsidRPr="000132B2" w:rsidRDefault="00000000" w:rsidP="00567A65">
      <w:pPr>
        <w:pStyle w:val="Subtitle"/>
        <w:rPr>
          <w:rStyle w:val="SubtleEmphasis"/>
        </w:rPr>
      </w:pPr>
      <w:r w:rsidRPr="000132B2">
        <w:rPr>
          <w:rStyle w:val="SubtleEmphasis"/>
        </w:rPr>
        <w:lastRenderedPageBreak/>
        <w:t>Économie du projet et expérience collective</w:t>
      </w:r>
    </w:p>
    <w:p w14:paraId="68314CA7" w14:textId="77777777" w:rsidR="00163877" w:rsidRPr="009B0595" w:rsidRDefault="00000000" w:rsidP="00567A65">
      <w:pPr>
        <w:pStyle w:val="Heading2"/>
      </w:pPr>
      <w:r w:rsidRPr="009B0595">
        <w:t>Évaluer la valeur pour un exploitant</w:t>
      </w:r>
    </w:p>
    <w:p w14:paraId="4656A292" w14:textId="77777777" w:rsidR="00163877" w:rsidRPr="009B0595" w:rsidRDefault="00DF1D47" w:rsidP="00567A65">
      <w:r>
        <w:rPr>
          <w:noProof/>
          <w:color w:val="806A49"/>
        </w:rPr>
        <mc:AlternateContent>
          <mc:Choice Requires="wpg">
            <w:drawing>
              <wp:anchor distT="0" distB="0" distL="114300" distR="114300" simplePos="0" relativeHeight="251707392" behindDoc="0" locked="0" layoutInCell="1" allowOverlap="1" wp14:anchorId="1B05636B" wp14:editId="0250ECE9">
                <wp:simplePos x="0" y="0"/>
                <wp:positionH relativeFrom="page">
                  <wp:align>left</wp:align>
                </wp:positionH>
                <wp:positionV relativeFrom="page">
                  <wp:align>center</wp:align>
                </wp:positionV>
                <wp:extent cx="244800" cy="10213200"/>
                <wp:effectExtent l="50800" t="25400" r="60325" b="74295"/>
                <wp:wrapSquare wrapText="bothSides"/>
                <wp:docPr id="2142006213"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355034369" name="Group 13"/>
                        <wpg:cNvGrpSpPr/>
                        <wpg:grpSpPr>
                          <a:xfrm>
                            <a:off x="0" y="0"/>
                            <a:ext cx="163775" cy="10213245"/>
                            <a:chOff x="0" y="0"/>
                            <a:chExt cx="163775" cy="10213245"/>
                          </a:xfrm>
                        </wpg:grpSpPr>
                        <wps:wsp>
                          <wps:cNvPr id="318076118"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1721962639"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1011846245"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480588215"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6BA62ED" id="Group 14" o:spid="_x0000_s1026" style="position:absolute;margin-left:0;margin-top:0;width:19.3pt;height:804.2pt;z-index:251707392;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" strokecolor="#806a49" strokeweight="2.5pt">
                  <v:stroke opacity="13107f"/>
                  <v:shadow on="t" color="black" opacity="24903f" origin=",.5" offset="0,.55556mm"/>
                </v:line>
                <w10:wrap type="square" anchorx="page" anchory="page"/>
              </v:group>
            </w:pict>
          </mc:Fallback>
        </mc:AlternateContent>
      </w:r>
      <w:r w:rsidRPr="009B0595">
        <w:t>Pour une exploitation de référence de 125 acres, notre affiche présentait les estimations annuelles ci-dessous. Ces valeurs expriment le potentiel étudié du concept ; elles ne correspondent pas à des gains mesurés après un déploiement agricole.</w:t>
      </w:r>
    </w:p>
    <w:tbl>
      <w:tblPr>
        <w:tblW w:w="0" w:type="auto"/>
        <w:jc w:val="center"/>
        <w:tblLayout w:type="fixed"/>
        <w:tblLook w:val="04A0" w:firstRow="1" w:lastRow="0" w:firstColumn="1" w:lastColumn="0" w:noHBand="0" w:noVBand="1"/>
      </w:tblPr>
      <w:tblGrid>
        <w:gridCol w:w="3528"/>
        <w:gridCol w:w="6336"/>
      </w:tblGrid>
      <w:tr w:rsidR="00163877" w:rsidRPr="009B0595" w14:paraId="09B86126" w14:textId="77777777">
        <w:trPr>
          <w:tblHeader/>
          <w:jc w:val="center"/>
        </w:trPr>
        <w:tc>
          <w:tcPr>
            <w:tcW w:w="3528" w:type="dxa"/>
            <w:tcBorders>
              <w:top w:val="single" w:sz="4" w:space="0" w:color="D9D9D9"/>
              <w:left w:val="single" w:sz="4" w:space="0" w:color="D9D9D9"/>
              <w:bottom w:val="single" w:sz="4" w:space="0" w:color="D9D9D9"/>
              <w:right w:val="single" w:sz="4" w:space="0" w:color="D9D9D9"/>
            </w:tcBorders>
            <w:shd w:val="clear" w:color="auto" w:fill="EFEDEA"/>
            <w:tcMar>
              <w:top w:w="115" w:type="dxa"/>
              <w:left w:w="115" w:type="dxa"/>
              <w:bottom w:w="115" w:type="dxa"/>
              <w:right w:w="115" w:type="dxa"/>
            </w:tcMar>
            <w:vAlign w:val="center"/>
          </w:tcPr>
          <w:p w14:paraId="04A79734" w14:textId="77777777" w:rsidR="00163877" w:rsidRDefault="00000000" w:rsidP="00567A65">
            <w:r>
              <w:t>Indicateur</w:t>
            </w:r>
          </w:p>
        </w:tc>
        <w:tc>
          <w:tcPr>
            <w:tcW w:w="6336" w:type="dxa"/>
            <w:tcBorders>
              <w:top w:val="single" w:sz="4" w:space="0" w:color="D9D9D9"/>
              <w:left w:val="single" w:sz="4" w:space="0" w:color="D9D9D9"/>
              <w:bottom w:val="single" w:sz="4" w:space="0" w:color="D9D9D9"/>
              <w:right w:val="single" w:sz="4" w:space="0" w:color="D9D9D9"/>
            </w:tcBorders>
            <w:shd w:val="clear" w:color="auto" w:fill="EFEDEA"/>
            <w:tcMar>
              <w:top w:w="115" w:type="dxa"/>
              <w:left w:w="115" w:type="dxa"/>
              <w:bottom w:w="115" w:type="dxa"/>
              <w:right w:w="115" w:type="dxa"/>
            </w:tcMar>
            <w:vAlign w:val="center"/>
          </w:tcPr>
          <w:p w14:paraId="2C606967" w14:textId="77777777" w:rsidR="00163877" w:rsidRPr="009B0595" w:rsidRDefault="00000000" w:rsidP="00567A65">
            <w:r w:rsidRPr="009B0595">
              <w:t>Estimation pour une ferme de 125 acres</w:t>
            </w:r>
          </w:p>
        </w:tc>
      </w:tr>
      <w:tr w:rsidR="00163877" w14:paraId="54261F68" w14:textId="77777777">
        <w:trPr>
          <w:jc w:val="center"/>
        </w:trPr>
        <w:tc>
          <w:tcPr>
            <w:tcW w:w="3528"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0173A249" w14:textId="77777777" w:rsidR="00163877" w:rsidRDefault="00000000" w:rsidP="00567A65">
            <w:r>
              <w:t>Rendement agricole</w:t>
            </w:r>
          </w:p>
        </w:tc>
        <w:tc>
          <w:tcPr>
            <w:tcW w:w="6336"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4C2575D4" w14:textId="77777777" w:rsidR="00163877" w:rsidRDefault="00000000" w:rsidP="00567A65">
            <w:r>
              <w:t>+15 % par an</w:t>
            </w:r>
          </w:p>
        </w:tc>
      </w:tr>
      <w:tr w:rsidR="00163877" w:rsidRPr="009B0595" w14:paraId="1D9B5AEF" w14:textId="77777777">
        <w:trPr>
          <w:jc w:val="center"/>
        </w:trPr>
        <w:tc>
          <w:tcPr>
            <w:tcW w:w="3528"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558FB278" w14:textId="77777777" w:rsidR="00163877" w:rsidRDefault="00000000" w:rsidP="00567A65">
            <w:r>
              <w:t>Consommation d’eau</w:t>
            </w:r>
          </w:p>
        </w:tc>
        <w:tc>
          <w:tcPr>
            <w:tcW w:w="6336"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04BE8FB2" w14:textId="77777777" w:rsidR="00163877" w:rsidRPr="009B0595" w:rsidRDefault="00000000" w:rsidP="00567A65">
            <w:r w:rsidRPr="009B0595">
              <w:t>45 millions de litres économisés par an</w:t>
            </w:r>
          </w:p>
        </w:tc>
      </w:tr>
      <w:tr w:rsidR="00163877" w14:paraId="50D69077" w14:textId="77777777">
        <w:trPr>
          <w:jc w:val="center"/>
        </w:trPr>
        <w:tc>
          <w:tcPr>
            <w:tcW w:w="3528"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6BFC504C" w14:textId="77777777" w:rsidR="00163877" w:rsidRDefault="00000000" w:rsidP="00567A65">
            <w:r>
              <w:t>Revenus de l’exploitation</w:t>
            </w:r>
          </w:p>
        </w:tc>
        <w:tc>
          <w:tcPr>
            <w:tcW w:w="6336"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49A16CC5" w14:textId="77777777" w:rsidR="00163877" w:rsidRDefault="00000000" w:rsidP="00567A65">
            <w:r>
              <w:t>+260 000 $ CA par an</w:t>
            </w:r>
          </w:p>
        </w:tc>
      </w:tr>
    </w:tbl>
    <w:p w14:paraId="52710955" w14:textId="77777777" w:rsidR="00163877" w:rsidRPr="00E91D36" w:rsidRDefault="00000000" w:rsidP="00283430">
      <w:pPr>
        <w:pStyle w:val="Caption"/>
      </w:pPr>
      <w:r w:rsidRPr="00E91D36">
        <w:t>Base des estimations : affiche Hydrobaies Technologies, planche « Gains &amp; économie ».</w:t>
      </w:r>
    </w:p>
    <w:p w14:paraId="557FF57E" w14:textId="77777777" w:rsidR="00163877" w:rsidRPr="009B0595" w:rsidRDefault="00283430" w:rsidP="00567A65">
      <w:pPr>
        <w:pStyle w:val="Heading2"/>
      </w:pPr>
      <w:r>
        <w:rPr>
          <w:noProof/>
        </w:rPr>
        <w:drawing>
          <wp:anchor distT="0" distB="0" distL="114300" distR="114300" simplePos="0" relativeHeight="251712512" behindDoc="1" locked="0" layoutInCell="1" allowOverlap="1" wp14:anchorId="37C9EB64" wp14:editId="759D5685">
            <wp:simplePos x="0" y="0"/>
            <wp:positionH relativeFrom="column">
              <wp:posOffset>4820920</wp:posOffset>
            </wp:positionH>
            <wp:positionV relativeFrom="paragraph">
              <wp:posOffset>232671</wp:posOffset>
            </wp:positionV>
            <wp:extent cx="1487805" cy="2228850"/>
            <wp:effectExtent l="381000" t="254000" r="99695" b="247650"/>
            <wp:wrapTight wrapText="bothSides">
              <wp:wrapPolygon edited="0">
                <wp:start x="-184" y="-2462"/>
                <wp:lineTo x="-5163" y="-2215"/>
                <wp:lineTo x="-5531" y="5662"/>
                <wp:lineTo x="-5347" y="21538"/>
                <wp:lineTo x="-2766" y="23385"/>
                <wp:lineTo x="-369" y="23877"/>
                <wp:lineTo x="17700" y="23877"/>
                <wp:lineTo x="20097" y="23385"/>
                <wp:lineTo x="22679" y="21538"/>
                <wp:lineTo x="22863" y="1723"/>
                <wp:lineTo x="22494" y="-246"/>
                <wp:lineTo x="17700" y="-2092"/>
                <wp:lineTo x="17516" y="-2462"/>
                <wp:lineTo x="-184" y="-2462"/>
              </wp:wrapPolygon>
            </wp:wrapTight>
            <wp:docPr id="171423428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34288" name="Picture 1714234288"/>
                    <pic:cNvPicPr/>
                  </pic:nvPicPr>
                  <pic:blipFill>
                    <a:blip r:embed="rId29"/>
                    <a:stretch>
                      <a:fillRect/>
                    </a:stretch>
                  </pic:blipFill>
                  <pic:spPr>
                    <a:xfrm>
                      <a:off x="0" y="0"/>
                      <a:ext cx="1487805" cy="2228850"/>
                    </a:xfrm>
                    <a:prstGeom prst="rect">
                      <a:avLst/>
                    </a:prstGeom>
                    <a:ln>
                      <a:noFill/>
                    </a:ln>
                    <a:effectLst>
                      <a:outerShdw blurRad="292100" dist="139700" dir="10980000" algn="tl" rotWithShape="0">
                        <a:srgbClr val="333333">
                          <a:alpha val="53857"/>
                        </a:srgbClr>
                      </a:outerShdw>
                    </a:effectLst>
                  </pic:spPr>
                </pic:pic>
              </a:graphicData>
            </a:graphic>
            <wp14:sizeRelH relativeFrom="page">
              <wp14:pctWidth>0</wp14:pctWidth>
            </wp14:sizeRelH>
            <wp14:sizeRelV relativeFrom="page">
              <wp14:pctHeight>0</wp14:pctHeight>
            </wp14:sizeRelV>
          </wp:anchor>
        </w:drawing>
      </w:r>
      <w:r w:rsidRPr="009B0595">
        <w:t>Deux distinctions en 2023</w:t>
      </w:r>
    </w:p>
    <w:p w14:paraId="28F9C707" w14:textId="77777777" w:rsidR="00163877" w:rsidRPr="009B0595" w:rsidRDefault="00000000" w:rsidP="00567A65">
      <w:r w:rsidRPr="009B0595">
        <w:t>Notre équipe a remporté le premier prix du cours IMC155 et le troisième prix de la catégorie Relève du Concours Createk – Famille J.R. André Bombardier, pour un total de 2 000 dollars canadiens. Ce concours de l’Université de Sherbrooke accompagne et récompense des projets étudiants d’entrepreneuriat scientifique et technologique, de l’idée au développement d’un produit. Le projet s’est également prolongé par le dépôt d’une demande de brevet.</w:t>
      </w:r>
    </w:p>
    <w:p w14:paraId="115532BC" w14:textId="77777777" w:rsidR="00163877" w:rsidRPr="009B0595" w:rsidRDefault="00000000" w:rsidP="00567A65">
      <w:pPr>
        <w:pStyle w:val="Heading2"/>
      </w:pPr>
      <w:r w:rsidRPr="009B0595">
        <w:t>Ce que cette équipe m’a appris</w:t>
      </w:r>
    </w:p>
    <w:p w14:paraId="0C880BF3" w14:textId="77777777" w:rsidR="00163877" w:rsidRPr="009B0595" w:rsidRDefault="00283430" w:rsidP="00567A65">
      <w:r>
        <w:rPr>
          <w:noProof/>
        </w:rPr>
        <mc:AlternateContent>
          <mc:Choice Requires="wps">
            <w:drawing>
              <wp:anchor distT="0" distB="0" distL="114300" distR="114300" simplePos="0" relativeHeight="251713536" behindDoc="0" locked="0" layoutInCell="1" allowOverlap="1" wp14:anchorId="2CA1FD8F" wp14:editId="300D2F25">
                <wp:simplePos x="0" y="0"/>
                <wp:positionH relativeFrom="column">
                  <wp:posOffset>4665345</wp:posOffset>
                </wp:positionH>
                <wp:positionV relativeFrom="paragraph">
                  <wp:posOffset>594621</wp:posOffset>
                </wp:positionV>
                <wp:extent cx="1877074" cy="379379"/>
                <wp:effectExtent l="0" t="0" r="0" b="0"/>
                <wp:wrapNone/>
                <wp:docPr id="1941185147" name="Text Box 57"/>
                <wp:cNvGraphicFramePr/>
                <a:graphic xmlns:a="http://schemas.openxmlformats.org/drawingml/2006/main">
                  <a:graphicData uri="http://schemas.microsoft.com/office/word/2010/wordprocessingShape">
                    <wps:wsp>
                      <wps:cNvSpPr txBox="1"/>
                      <wps:spPr>
                        <a:xfrm>
                          <a:off x="0" y="0"/>
                          <a:ext cx="1877074" cy="379379"/>
                        </a:xfrm>
                        <a:prstGeom prst="rect">
                          <a:avLst/>
                        </a:prstGeom>
                        <a:noFill/>
                        <a:ln w="6350">
                          <a:noFill/>
                        </a:ln>
                      </wps:spPr>
                      <wps:txbx>
                        <w:txbxContent>
                          <w:p w14:paraId="714780EB" w14:textId="77777777" w:rsidR="00283430" w:rsidRDefault="00283430" w:rsidP="00283430">
                            <w:pPr>
                              <w:pStyle w:val="Caption"/>
                              <w:jc w:val="center"/>
                            </w:pPr>
                            <w:r>
                              <w:t>Trophée remporté à l’occasion du concours Createk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1FD8F" id="Text Box 57" o:spid="_x0000_s1030" type="#_x0000_t202" style="position:absolute;margin-left:367.35pt;margin-top:46.8pt;width:147.8pt;height:29.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" filled="f" stroked="f" strokeweight=".5pt">
                <v:textbox>
                  <w:txbxContent>
                    <w:p w14:paraId="714780EB" w14:textId="77777777" w:rsidR="00283430" w:rsidRDefault="00283430" w:rsidP="00283430">
                      <w:pPr>
                        <w:pStyle w:val="Caption"/>
                        <w:jc w:val="center"/>
                      </w:pPr>
                      <w:r>
                        <w:t>Trophée remporté à l’occasion du concours Createk</w:t>
                      </w:r>
                    </w:p>
                  </w:txbxContent>
                </v:textbox>
              </v:shape>
            </w:pict>
          </mc:Fallback>
        </mc:AlternateContent>
      </w:r>
      <w:r w:rsidRPr="009B0595">
        <w:t>Seul étudiant français au sein d’une équipe de dix personnes, j’ai découvert une manière de travailler qui m’a particulièrement marqué : écouter chaque proposition, formuler des remarques constructives et faire progresser une idée collectivement, même en cas de désaccord. Cette expérience m’a appris à mieux distinguer la défense d’une solution de la recherche du meilleur résultat pour le projet.</w:t>
      </w:r>
    </w:p>
    <w:p w14:paraId="5A3F1EDA" w14:textId="77777777" w:rsidR="00163877" w:rsidRPr="009B0595" w:rsidRDefault="00000000" w:rsidP="00567A65">
      <w:pPr>
        <w:pStyle w:val="Heading2"/>
      </w:pPr>
      <w:r w:rsidRPr="009B0595">
        <w:t>Compétences développées</w:t>
      </w:r>
    </w:p>
    <w:p w14:paraId="428F662A" w14:textId="77777777" w:rsidR="00163877" w:rsidRPr="009B0595" w:rsidRDefault="00000000" w:rsidP="00567A65">
      <w:r w:rsidRPr="009B0595">
        <w:t>Recherche de solutions, étude de faisabilité économique, communication avec des partenaires, identité visuelle, argumentation et coopération interculturelle. J’en retiens l’importance de rendre une innovation à la fois compréhensible, utile et économiquement défendable.</w:t>
      </w:r>
    </w:p>
    <w:p w14:paraId="124F325A" w14:textId="77777777" w:rsidR="00163877" w:rsidRPr="009B0595" w:rsidRDefault="00000000" w:rsidP="00567A65">
      <w:pPr>
        <w:pStyle w:val="Heading2"/>
      </w:pPr>
      <w:r w:rsidRPr="009B0595">
        <w:t>Références du concours</w:t>
      </w:r>
    </w:p>
    <w:p w14:paraId="034B590D" w14:textId="77777777" w:rsidR="00163877" w:rsidRPr="00E91D36" w:rsidRDefault="00163877" w:rsidP="00E56523">
      <w:pPr>
        <w:pStyle w:val="Caption"/>
      </w:pPr>
      <w:hyperlink r:id="rId30">
        <w:proofErr w:type="gramStart"/>
        <w:r w:rsidRPr="00E91D36">
          <w:t>Createk  •</w:t>
        </w:r>
        <w:proofErr w:type="gramEnd"/>
        <w:r w:rsidRPr="00E91D36">
          <w:t xml:space="preserve">  Dotations 2023 du concours de pitch IMC155 et de la catégorie Relève</w:t>
        </w:r>
      </w:hyperlink>
    </w:p>
    <w:p w14:paraId="7CA3FD98" w14:textId="77777777" w:rsidR="00163877" w:rsidRPr="00E91D36" w:rsidRDefault="00163877" w:rsidP="00E56523">
      <w:pPr>
        <w:pStyle w:val="Caption"/>
      </w:pPr>
      <w:hyperlink r:id="rId31">
        <w:r w:rsidRPr="00E91D36">
          <w:t xml:space="preserve">Parcours </w:t>
        </w:r>
        <w:proofErr w:type="gramStart"/>
        <w:r w:rsidRPr="00E91D36">
          <w:t>EST  •</w:t>
        </w:r>
        <w:proofErr w:type="gramEnd"/>
        <w:r w:rsidRPr="00E91D36">
          <w:t xml:space="preserve">  Présentation du Concours Createk – Famille J.R. André Bombardier</w:t>
        </w:r>
      </w:hyperlink>
    </w:p>
    <w:p w14:paraId="3A44A110" w14:textId="77777777" w:rsidR="00163877" w:rsidRPr="009B0595" w:rsidRDefault="00000000" w:rsidP="00567A65">
      <w:r w:rsidRPr="009B0595">
        <w:br w:type="page"/>
      </w:r>
    </w:p>
    <w:p w14:paraId="75E3C258" w14:textId="77777777" w:rsidR="00163877" w:rsidRPr="009B0595" w:rsidRDefault="00000000" w:rsidP="00567A65">
      <w:proofErr w:type="gramStart"/>
      <w:r w:rsidRPr="009B0595">
        <w:lastRenderedPageBreak/>
        <w:t>07  /</w:t>
      </w:r>
      <w:proofErr w:type="gramEnd"/>
      <w:r w:rsidRPr="009B0595">
        <w:t xml:space="preserve">  CONCEPTION INDUSTRIELLE</w:t>
      </w:r>
    </w:p>
    <w:p w14:paraId="3DA39A83" w14:textId="77777777" w:rsidR="00163877" w:rsidRPr="009B0595" w:rsidRDefault="00000000" w:rsidP="00E56523">
      <w:pPr>
        <w:pStyle w:val="Heading1"/>
      </w:pPr>
      <w:bookmarkStart w:id="7" w:name="_Toc243172449"/>
      <w:r w:rsidRPr="009B0595">
        <w:t>Modules de stérilisation industrielle</w:t>
      </w:r>
      <w:bookmarkEnd w:id="7"/>
    </w:p>
    <w:p w14:paraId="486B66AF" w14:textId="77777777" w:rsidR="00163877" w:rsidRPr="000132B2" w:rsidRDefault="00000000" w:rsidP="00567A65">
      <w:pPr>
        <w:pStyle w:val="Subtitle"/>
        <w:rPr>
          <w:rStyle w:val="SubtleEmphasis"/>
        </w:rPr>
      </w:pPr>
      <w:r w:rsidRPr="000132B2">
        <w:rPr>
          <w:rStyle w:val="SubtleEmphasis"/>
        </w:rPr>
        <w:t>Concevoir avec les contraintes de fabrication et de maintenance</w:t>
      </w:r>
    </w:p>
    <w:p w14:paraId="5B4F3245" w14:textId="77777777" w:rsidR="00163877" w:rsidRPr="009B0595" w:rsidRDefault="00000000" w:rsidP="00567A65">
      <w:proofErr w:type="gramStart"/>
      <w:r w:rsidRPr="009B0595">
        <w:t>MDS  •</w:t>
      </w:r>
      <w:proofErr w:type="gramEnd"/>
      <w:r w:rsidRPr="009B0595">
        <w:t xml:space="preserve">  Stage de fin de </w:t>
      </w:r>
      <w:proofErr w:type="gramStart"/>
      <w:r w:rsidRPr="009B0595">
        <w:t>BUT  •</w:t>
      </w:r>
      <w:proofErr w:type="gramEnd"/>
      <w:r w:rsidRPr="009B0595">
        <w:t xml:space="preserve">  </w:t>
      </w:r>
      <w:proofErr w:type="gramStart"/>
      <w:r w:rsidRPr="009B0595">
        <w:t>2024  •</w:t>
      </w:r>
      <w:proofErr w:type="gramEnd"/>
      <w:r w:rsidRPr="009B0595">
        <w:t xml:space="preserve">  4 </w:t>
      </w:r>
      <w:proofErr w:type="gramStart"/>
      <w:r w:rsidRPr="009B0595">
        <w:t>mois  •</w:t>
      </w:r>
      <w:proofErr w:type="gramEnd"/>
      <w:r w:rsidRPr="009B0595">
        <w:t xml:space="preserve">  SolidWorks</w:t>
      </w:r>
    </w:p>
    <w:p w14:paraId="08487416" w14:textId="77777777" w:rsidR="00163877" w:rsidRPr="009B0595" w:rsidRDefault="00000000" w:rsidP="00567A65">
      <w:r>
        <w:rPr>
          <w:noProof/>
        </w:rPr>
        <w:drawing>
          <wp:inline distT="0" distB="0" distL="0" distR="0" wp14:anchorId="1AEF2706" wp14:editId="04D66E65">
            <wp:extent cx="2376417" cy="2289243"/>
            <wp:effectExtent l="0" t="0" r="0" b="0"/>
            <wp:docPr id="10" name="Picture 10" descr="Modèle CAO du module de pompage 900 mètres cubes par he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34_image_01.png"/>
                    <pic:cNvPicPr/>
                  </pic:nvPicPr>
                  <pic:blipFill>
                    <a:blip r:embed="rId32"/>
                    <a:stretch>
                      <a:fillRect/>
                    </a:stretch>
                  </pic:blipFill>
                  <pic:spPr>
                    <a:xfrm>
                      <a:off x="0" y="0"/>
                      <a:ext cx="2415823" cy="2327204"/>
                    </a:xfrm>
                    <a:prstGeom prst="rect">
                      <a:avLst/>
                    </a:prstGeom>
                  </pic:spPr>
                </pic:pic>
              </a:graphicData>
            </a:graphic>
          </wp:inline>
        </w:drawing>
      </w:r>
      <w:r w:rsidRPr="009B0595">
        <w:t xml:space="preserve">   </w:t>
      </w:r>
      <w:r>
        <w:rPr>
          <w:noProof/>
        </w:rPr>
        <w:drawing>
          <wp:inline distT="0" distB="0" distL="0" distR="0" wp14:anchorId="42F58BD9" wp14:editId="3155C4E6">
            <wp:extent cx="2237362" cy="2197344"/>
            <wp:effectExtent l="0" t="0" r="0" b="0"/>
            <wp:docPr id="11" name="Picture 11" descr="Modèle CAO du module de pompage 1200 mètres cubes par he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34_image_02.png"/>
                    <pic:cNvPicPr/>
                  </pic:nvPicPr>
                  <pic:blipFill>
                    <a:blip r:embed="rId33"/>
                    <a:stretch>
                      <a:fillRect/>
                    </a:stretch>
                  </pic:blipFill>
                  <pic:spPr>
                    <a:xfrm>
                      <a:off x="0" y="0"/>
                      <a:ext cx="2264249" cy="2223750"/>
                    </a:xfrm>
                    <a:prstGeom prst="rect">
                      <a:avLst/>
                    </a:prstGeom>
                  </pic:spPr>
                </pic:pic>
              </a:graphicData>
            </a:graphic>
          </wp:inline>
        </w:drawing>
      </w:r>
    </w:p>
    <w:p w14:paraId="5E9A1C80" w14:textId="77777777" w:rsidR="00163877" w:rsidRPr="00E91D36" w:rsidRDefault="00DF1D47" w:rsidP="00E56523">
      <w:pPr>
        <w:pStyle w:val="Caption"/>
      </w:pPr>
      <w:r>
        <w:rPr>
          <w:noProof/>
        </w:rPr>
        <mc:AlternateContent>
          <mc:Choice Requires="wpg">
            <w:drawing>
              <wp:anchor distT="0" distB="0" distL="114300" distR="114300" simplePos="0" relativeHeight="251709440" behindDoc="0" locked="0" layoutInCell="1" allowOverlap="1" wp14:anchorId="0F9B8BC2" wp14:editId="426F8BD6">
                <wp:simplePos x="0" y="0"/>
                <wp:positionH relativeFrom="page">
                  <wp:align>left</wp:align>
                </wp:positionH>
                <wp:positionV relativeFrom="page">
                  <wp:align>center</wp:align>
                </wp:positionV>
                <wp:extent cx="244800" cy="10213200"/>
                <wp:effectExtent l="50800" t="25400" r="60325" b="74295"/>
                <wp:wrapSquare wrapText="bothSides"/>
                <wp:docPr id="1323037744"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014667218" name="Group 13"/>
                        <wpg:cNvGrpSpPr/>
                        <wpg:grpSpPr>
                          <a:xfrm>
                            <a:off x="0" y="0"/>
                            <a:ext cx="163775" cy="10213245"/>
                            <a:chOff x="0" y="0"/>
                            <a:chExt cx="163775" cy="10213245"/>
                          </a:xfrm>
                        </wpg:grpSpPr>
                        <wps:wsp>
                          <wps:cNvPr id="51949841"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441257742"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1608938680"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479164092"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AD6BF4B" id="Group 14" o:spid="_x0000_s1026" style="position:absolute;margin-left:0;margin-top:0;width:19.3pt;height:804.2pt;z-index:251709440;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" strokecolor="#806a49" strokeweight="2.5pt">
                  <v:stroke opacity="13107f"/>
                  <v:shadow on="t" color="black" opacity="24903f" origin=",.5" offset="0,.55556mm"/>
                </v:line>
                <w10:wrap type="square" anchorx="page" anchory="page"/>
              </v:group>
            </w:pict>
          </mc:Fallback>
        </mc:AlternateContent>
      </w:r>
      <w:r w:rsidRPr="00E91D36">
        <w:t>Modules de pompage de 900 et 1 200 m³/</w:t>
      </w:r>
      <w:proofErr w:type="gramStart"/>
      <w:r w:rsidRPr="00E91D36">
        <w:t>h  •</w:t>
      </w:r>
      <w:proofErr w:type="gramEnd"/>
      <w:r w:rsidRPr="00E91D36">
        <w:t xml:space="preserve">  Deux configurations autour d’une architecture commune.</w:t>
      </w:r>
    </w:p>
    <w:p w14:paraId="5944304B" w14:textId="77777777" w:rsidR="00163877" w:rsidRPr="009B0595" w:rsidRDefault="00000000" w:rsidP="00567A65">
      <w:pPr>
        <w:pStyle w:val="Heading2"/>
      </w:pPr>
      <w:r w:rsidRPr="009B0595">
        <w:t>Le contexte et mon rôle</w:t>
      </w:r>
    </w:p>
    <w:p w14:paraId="27FD8643" w14:textId="77777777" w:rsidR="00163877" w:rsidRPr="009B0595" w:rsidRDefault="00000000" w:rsidP="00567A65">
      <w:r w:rsidRPr="009B0595">
        <w:t>Chez MDS, fabricant de stérilisateurs industriels pour le secteur médical, j’ai travaillé au bureau d’études sur trois ensembles complémentaires. Mon autonomie a progressé de l’appui à un dessinateur vers la prise en charge de projets de modules.</w:t>
      </w:r>
    </w:p>
    <w:p w14:paraId="44148A16" w14:textId="77777777" w:rsidR="00163877" w:rsidRPr="009B0595" w:rsidRDefault="00000000" w:rsidP="00567A65">
      <w:pPr>
        <w:pStyle w:val="Heading2"/>
      </w:pPr>
      <w:r w:rsidRPr="009B0595">
        <w:t>Mes réalisations</w:t>
      </w:r>
    </w:p>
    <w:p w14:paraId="63024E59" w14:textId="77777777" w:rsidR="00163877" w:rsidRPr="009B0595" w:rsidRDefault="00000000" w:rsidP="00567A65">
      <w:r w:rsidRPr="009B0595">
        <w:t>Un premier projet complet m’a été confié : faire évoluer un module de chauffage</w:t>
      </w:r>
      <w:r w:rsidR="00B7673C">
        <w:t xml:space="preserve"> d’oxyde d’éthylène</w:t>
      </w:r>
      <w:r w:rsidRPr="009B0595">
        <w:t xml:space="preserve"> de 18 à 36 kW. J’ai redessiné le châssis et les tuyauteries, intégré les composants et amélioré leur accessibilité. Les échanges avec les monteurs m’ont conduit à modifier les dégagements pour faciliter la pose de l’habillage isolant. Après validation des plans, la fabrication a débuté et j’ai intégré les retours de l’atelier.</w:t>
      </w:r>
    </w:p>
    <w:p w14:paraId="6A849CCC" w14:textId="77777777" w:rsidR="00163877" w:rsidRPr="009B0595" w:rsidRDefault="00B7673C" w:rsidP="00567A65">
      <w:r>
        <w:t>Le second projet aura été de concevoir</w:t>
      </w:r>
      <w:r w:rsidRPr="009B0595">
        <w:t xml:space="preserve"> deux versions d’un module de pompes à vide, de 900 et 1 200 m³/h, autour d’un châssis commun. L’implantation de trois ou quatre pompes identiques permettait de mutualiser les composants. J’ai travaillé sur l’accès au filtre, les condensats et la standardisation des pièces.</w:t>
      </w:r>
    </w:p>
    <w:p w14:paraId="7C803099" w14:textId="77777777" w:rsidR="00163877" w:rsidRPr="009B0595" w:rsidRDefault="00000000" w:rsidP="00567A65">
      <w:pPr>
        <w:pStyle w:val="Heading2"/>
      </w:pPr>
      <w:r w:rsidRPr="009B0595">
        <w:t>Compétences et enseignements</w:t>
      </w:r>
    </w:p>
    <w:p w14:paraId="5CD54C66" w14:textId="77777777" w:rsidR="00163877" w:rsidRPr="009B0595" w:rsidRDefault="00000000" w:rsidP="00567A65">
      <w:r w:rsidRPr="009B0595">
        <w:t>CAO d’assemblages et de constructions soudées, plans et nomenclatures, gestion des révisions et dialogue avec l’atelier. J’ai appris qu’une conception doit aussi être jugée sur sa facilité de montage, d’entretien et d’évolution.</w:t>
      </w:r>
    </w:p>
    <w:p w14:paraId="7DE0D7C4" w14:textId="77777777" w:rsidR="00163877" w:rsidRPr="009B0595" w:rsidRDefault="00000000" w:rsidP="00567A65">
      <w:r w:rsidRPr="009B0595">
        <w:br w:type="page"/>
      </w:r>
    </w:p>
    <w:p w14:paraId="35C27DEE" w14:textId="77777777" w:rsidR="00163877" w:rsidRPr="009B0595" w:rsidRDefault="00000000" w:rsidP="00567A65">
      <w:proofErr w:type="gramStart"/>
      <w:r w:rsidRPr="009B0595">
        <w:lastRenderedPageBreak/>
        <w:t>08  /</w:t>
      </w:r>
      <w:proofErr w:type="gramEnd"/>
      <w:r w:rsidRPr="009B0595">
        <w:t xml:space="preserve">  RESPONSABILITÉ ASSOCIATIVE</w:t>
      </w:r>
    </w:p>
    <w:p w14:paraId="0165D361" w14:textId="77777777" w:rsidR="00163877" w:rsidRPr="009B0595" w:rsidRDefault="00000000" w:rsidP="00E56523">
      <w:pPr>
        <w:pStyle w:val="Heading1"/>
      </w:pPr>
      <w:bookmarkStart w:id="8" w:name="_Toc243172450"/>
      <w:r w:rsidRPr="009B0595">
        <w:t>Engagement étudiant et gala</w:t>
      </w:r>
      <w:bookmarkEnd w:id="8"/>
    </w:p>
    <w:p w14:paraId="3A6AE164" w14:textId="77777777" w:rsidR="00163877" w:rsidRPr="000132B2" w:rsidRDefault="00000000" w:rsidP="00567A65">
      <w:pPr>
        <w:pStyle w:val="Subtitle"/>
        <w:rPr>
          <w:rStyle w:val="SubtleEmphasis"/>
        </w:rPr>
      </w:pPr>
      <w:r w:rsidRPr="000132B2">
        <w:rPr>
          <w:rStyle w:val="SubtleEmphasis"/>
        </w:rPr>
        <w:t>Structurer une association et fédérer autour d’un événement</w:t>
      </w:r>
    </w:p>
    <w:p w14:paraId="3155992A" w14:textId="77777777" w:rsidR="00163877" w:rsidRPr="009B0595" w:rsidRDefault="00DF1D47" w:rsidP="00567A65">
      <w:r>
        <w:rPr>
          <w:noProof/>
          <w:color w:val="806A49"/>
        </w:rPr>
        <mc:AlternateContent>
          <mc:Choice Requires="wpg">
            <w:drawing>
              <wp:anchor distT="0" distB="0" distL="114300" distR="114300" simplePos="0" relativeHeight="251711488" behindDoc="0" locked="0" layoutInCell="1" allowOverlap="1" wp14:anchorId="066CBEBB" wp14:editId="4C547A3E">
                <wp:simplePos x="0" y="0"/>
                <wp:positionH relativeFrom="page">
                  <wp:align>left</wp:align>
                </wp:positionH>
                <wp:positionV relativeFrom="page">
                  <wp:align>center</wp:align>
                </wp:positionV>
                <wp:extent cx="244800" cy="10213200"/>
                <wp:effectExtent l="50800" t="25400" r="60325" b="74295"/>
                <wp:wrapSquare wrapText="bothSides"/>
                <wp:docPr id="96251309" name="Group 14"/>
                <wp:cNvGraphicFramePr/>
                <a:graphic xmlns:a="http://schemas.openxmlformats.org/drawingml/2006/main">
                  <a:graphicData uri="http://schemas.microsoft.com/office/word/2010/wordprocessingGroup">
                    <wpg:wgp>
                      <wpg:cNvGrpSpPr/>
                      <wpg:grpSpPr>
                        <a:xfrm>
                          <a:off x="0" y="0"/>
                          <a:ext cx="244800" cy="10213200"/>
                          <a:chOff x="0" y="0"/>
                          <a:chExt cx="246491" cy="10213245"/>
                        </a:xfrm>
                      </wpg:grpSpPr>
                      <wpg:grpSp>
                        <wpg:cNvPr id="1800795625" name="Group 13"/>
                        <wpg:cNvGrpSpPr/>
                        <wpg:grpSpPr>
                          <a:xfrm>
                            <a:off x="0" y="0"/>
                            <a:ext cx="163775" cy="10213245"/>
                            <a:chOff x="0" y="0"/>
                            <a:chExt cx="163775" cy="10213245"/>
                          </a:xfrm>
                        </wpg:grpSpPr>
                        <wps:wsp>
                          <wps:cNvPr id="428502761" name="Straight Connector 13"/>
                          <wps:cNvCnPr/>
                          <wps:spPr>
                            <a:xfrm>
                              <a:off x="0" y="0"/>
                              <a:ext cx="0" cy="10209270"/>
                            </a:xfrm>
                            <a:prstGeom prst="line">
                              <a:avLst/>
                            </a:prstGeom>
                            <a:ln w="31750">
                              <a:solidFill>
                                <a:srgbClr val="806A49">
                                  <a:alpha val="79893"/>
                                </a:srgbClr>
                              </a:solidFill>
                            </a:ln>
                          </wps:spPr>
                          <wps:style>
                            <a:lnRef idx="2">
                              <a:schemeClr val="accent1"/>
                            </a:lnRef>
                            <a:fillRef idx="0">
                              <a:schemeClr val="accent1"/>
                            </a:fillRef>
                            <a:effectRef idx="1">
                              <a:schemeClr val="accent1"/>
                            </a:effectRef>
                            <a:fontRef idx="minor">
                              <a:schemeClr val="tx1"/>
                            </a:fontRef>
                          </wps:style>
                          <wps:bodyPr/>
                        </wps:wsp>
                        <wps:wsp>
                          <wps:cNvPr id="2103080366" name="Straight Connector 13"/>
                          <wps:cNvCnPr/>
                          <wps:spPr>
                            <a:xfrm>
                              <a:off x="80286" y="0"/>
                              <a:ext cx="0" cy="10209270"/>
                            </a:xfrm>
                            <a:prstGeom prst="line">
                              <a:avLst/>
                            </a:prstGeom>
                            <a:ln w="31750">
                              <a:solidFill>
                                <a:srgbClr val="806A49">
                                  <a:alpha val="59930"/>
                                </a:srgbClr>
                              </a:solidFill>
                            </a:ln>
                          </wps:spPr>
                          <wps:style>
                            <a:lnRef idx="2">
                              <a:schemeClr val="accent1"/>
                            </a:lnRef>
                            <a:fillRef idx="0">
                              <a:schemeClr val="accent1"/>
                            </a:fillRef>
                            <a:effectRef idx="1">
                              <a:schemeClr val="accent1"/>
                            </a:effectRef>
                            <a:fontRef idx="minor">
                              <a:schemeClr val="tx1"/>
                            </a:fontRef>
                          </wps:style>
                          <wps:bodyPr/>
                        </wps:wsp>
                        <wps:wsp>
                          <wps:cNvPr id="401244593" name="Straight Connector 13"/>
                          <wps:cNvCnPr/>
                          <wps:spPr>
                            <a:xfrm>
                              <a:off x="163775" y="3975"/>
                              <a:ext cx="0" cy="10209270"/>
                            </a:xfrm>
                            <a:prstGeom prst="line">
                              <a:avLst/>
                            </a:prstGeom>
                            <a:ln w="31750">
                              <a:solidFill>
                                <a:srgbClr val="806A49">
                                  <a:alpha val="40000"/>
                                </a:srgbClr>
                              </a:solidFill>
                            </a:ln>
                          </wps:spPr>
                          <wps:style>
                            <a:lnRef idx="2">
                              <a:schemeClr val="accent1"/>
                            </a:lnRef>
                            <a:fillRef idx="0">
                              <a:schemeClr val="accent1"/>
                            </a:fillRef>
                            <a:effectRef idx="1">
                              <a:schemeClr val="accent1"/>
                            </a:effectRef>
                            <a:fontRef idx="minor">
                              <a:schemeClr val="tx1"/>
                            </a:fontRef>
                          </wps:style>
                          <wps:bodyPr/>
                        </wps:wsp>
                      </wpg:grpSp>
                      <wps:wsp>
                        <wps:cNvPr id="1896825573" name="Straight Connector 13"/>
                        <wps:cNvCnPr/>
                        <wps:spPr>
                          <a:xfrm>
                            <a:off x="246491" y="0"/>
                            <a:ext cx="0" cy="10209270"/>
                          </a:xfrm>
                          <a:prstGeom prst="line">
                            <a:avLst/>
                          </a:prstGeom>
                          <a:ln w="31750">
                            <a:solidFill>
                              <a:srgbClr val="806A49">
                                <a:alpha val="20000"/>
                              </a:srgbClr>
                            </a:solidFill>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16D02DB" id="Group 14" o:spid="_x0000_s1026" style="position:absolute;margin-left:0;margin-top:0;width:19.3pt;height:804.2pt;z-index:251711488;mso-position-horizontal:left;mso-position-horizontal-relative:page;mso-position-vertical:center;mso-position-vertical-relative:page;mso-width-relative:margin;mso-height-relative:margin" coordsize="2464,1021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">
                <v:group id="Group 13" o:spid="_x0000_s1027" style="position:absolute;width:1637;height:102132" coordsize="1637,102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">
                  <v:line id="Straight Connector 13" o:spid="_x0000_s1028" style="position:absolute;visibility:visible;mso-wrap-style:square" from="0,0" to="0,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" strokecolor="#806a49" strokeweight="2.5pt">
                    <v:stroke opacity="52428f"/>
                    <v:shadow on="t" color="black" opacity="24903f" origin=",.5" offset="0,.55556mm"/>
                  </v:line>
                  <v:line id="Straight Connector 13" o:spid="_x0000_s1029" style="position:absolute;visibility:visible;mso-wrap-style:square" from="802,0" to="802,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" strokecolor="#806a49" strokeweight="2.5pt">
                    <v:stroke opacity="39321f"/>
                    <v:shadow on="t" color="black" opacity="24903f" origin=",.5" offset="0,.55556mm"/>
                  </v:line>
                  <v:line id="Straight Connector 13" o:spid="_x0000_s1030" style="position:absolute;visibility:visible;mso-wrap-style:square" from="1637,39" to="1637,10213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" strokecolor="#806a49" strokeweight="2.5pt">
                    <v:stroke opacity="26214f"/>
                    <v:shadow on="t" color="black" opacity="24903f" origin=",.5" offset="0,.55556mm"/>
                  </v:line>
                </v:group>
                <v:line id="Straight Connector 13" o:spid="_x0000_s1031" style="position:absolute;visibility:visible;mso-wrap-style:square" from="2464,0" to="2464,1020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" strokecolor="#806a49" strokeweight="2.5pt">
                  <v:stroke opacity="13107f"/>
                  <v:shadow on="t" color="black" opacity="24903f" origin=",.5" offset="0,.55556mm"/>
                </v:line>
                <w10:wrap type="square" anchorx="page" anchory="page"/>
              </v:group>
            </w:pict>
          </mc:Fallback>
        </mc:AlternateContent>
      </w:r>
      <w:r w:rsidRPr="009B0595">
        <w:t>IUT de Chambéry  •  Représentation étudiante et présidence de IBICH  •  Gala 2024</w:t>
      </w:r>
    </w:p>
    <w:tbl>
      <w:tblPr>
        <w:tblW w:w="0" w:type="auto"/>
        <w:jc w:val="center"/>
        <w:tblLook w:val="0480" w:firstRow="0" w:lastRow="0" w:firstColumn="1" w:lastColumn="0" w:noHBand="0" w:noVBand="1"/>
      </w:tblPr>
      <w:tblGrid>
        <w:gridCol w:w="3386"/>
        <w:gridCol w:w="6082"/>
      </w:tblGrid>
      <w:tr w:rsidR="00163877" w14:paraId="68320CEE" w14:textId="77777777" w:rsidTr="00025872">
        <w:trPr>
          <w:trHeight w:val="20"/>
          <w:tblHeader/>
          <w:jc w:val="center"/>
        </w:trPr>
        <w:tc>
          <w:tcPr>
            <w:tcW w:w="3386" w:type="dxa"/>
            <w:tcBorders>
              <w:top w:val="single" w:sz="4" w:space="0" w:color="D9D9D9"/>
              <w:left w:val="single" w:sz="4" w:space="0" w:color="D9D9D9"/>
              <w:bottom w:val="single" w:sz="4" w:space="0" w:color="D9D9D9"/>
              <w:right w:val="single" w:sz="4" w:space="0" w:color="D9D9D9"/>
            </w:tcBorders>
            <w:shd w:val="clear" w:color="auto" w:fill="EFEDEA"/>
            <w:tcMar>
              <w:top w:w="115" w:type="dxa"/>
              <w:left w:w="115" w:type="dxa"/>
              <w:bottom w:w="115" w:type="dxa"/>
              <w:right w:w="115" w:type="dxa"/>
            </w:tcMar>
            <w:vAlign w:val="center"/>
          </w:tcPr>
          <w:p w14:paraId="3BE1AB69" w14:textId="77777777" w:rsidR="00163877" w:rsidRPr="009B0595" w:rsidRDefault="00000000" w:rsidP="001D0BB2">
            <w:pPr>
              <w:spacing w:after="0" w:line="240" w:lineRule="auto"/>
            </w:pPr>
            <w:r w:rsidRPr="009B0595">
              <w:t>Gala de l’IUT de Chambéry</w:t>
            </w:r>
          </w:p>
        </w:tc>
        <w:tc>
          <w:tcPr>
            <w:tcW w:w="6082" w:type="dxa"/>
            <w:tcBorders>
              <w:top w:val="single" w:sz="4" w:space="0" w:color="D9D9D9"/>
              <w:left w:val="single" w:sz="4" w:space="0" w:color="D9D9D9"/>
              <w:bottom w:val="single" w:sz="4" w:space="0" w:color="D9D9D9"/>
              <w:right w:val="single" w:sz="4" w:space="0" w:color="D9D9D9"/>
            </w:tcBorders>
            <w:shd w:val="clear" w:color="auto" w:fill="EFEDEA"/>
            <w:tcMar>
              <w:top w:w="115" w:type="dxa"/>
              <w:left w:w="115" w:type="dxa"/>
              <w:bottom w:w="115" w:type="dxa"/>
              <w:right w:w="115" w:type="dxa"/>
            </w:tcMar>
            <w:vAlign w:val="center"/>
          </w:tcPr>
          <w:p w14:paraId="5B79BC1A" w14:textId="77777777" w:rsidR="00163877" w:rsidRDefault="00000000" w:rsidP="001D0BB2">
            <w:pPr>
              <w:spacing w:after="0" w:line="240" w:lineRule="auto"/>
            </w:pPr>
            <w:r>
              <w:t>Repères</w:t>
            </w:r>
          </w:p>
        </w:tc>
      </w:tr>
      <w:tr w:rsidR="00163877" w14:paraId="79B2607C" w14:textId="77777777" w:rsidTr="00025872">
        <w:trPr>
          <w:trHeight w:val="20"/>
          <w:jc w:val="center"/>
        </w:trPr>
        <w:tc>
          <w:tcPr>
            <w:tcW w:w="3386"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6326FE58" w14:textId="77777777" w:rsidR="00163877" w:rsidRDefault="00000000" w:rsidP="001D0BB2">
            <w:pPr>
              <w:spacing w:after="0" w:line="240" w:lineRule="auto"/>
            </w:pPr>
            <w:r>
              <w:t>Participants</w:t>
            </w:r>
          </w:p>
        </w:tc>
        <w:tc>
          <w:tcPr>
            <w:tcW w:w="6082"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69F867C8" w14:textId="77777777" w:rsidR="00163877" w:rsidRDefault="00000000" w:rsidP="001D0BB2">
            <w:pPr>
              <w:spacing w:after="0" w:line="240" w:lineRule="auto"/>
            </w:pPr>
            <w:r>
              <w:t>550 convives</w:t>
            </w:r>
          </w:p>
        </w:tc>
      </w:tr>
      <w:tr w:rsidR="00163877" w14:paraId="1E99D5A5" w14:textId="77777777" w:rsidTr="00025872">
        <w:trPr>
          <w:trHeight w:val="20"/>
          <w:jc w:val="center"/>
        </w:trPr>
        <w:tc>
          <w:tcPr>
            <w:tcW w:w="3386"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4B2C666A" w14:textId="77777777" w:rsidR="00163877" w:rsidRDefault="00000000" w:rsidP="001D0BB2">
            <w:pPr>
              <w:spacing w:after="0" w:line="240" w:lineRule="auto"/>
            </w:pPr>
            <w:r>
              <w:t>Budget de l’événement</w:t>
            </w:r>
          </w:p>
        </w:tc>
        <w:tc>
          <w:tcPr>
            <w:tcW w:w="6082"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0161C39C" w14:textId="77777777" w:rsidR="00163877" w:rsidRDefault="00000000" w:rsidP="001D0BB2">
            <w:pPr>
              <w:spacing w:after="0" w:line="240" w:lineRule="auto"/>
            </w:pPr>
            <w:r>
              <w:t>33 000 €</w:t>
            </w:r>
          </w:p>
        </w:tc>
      </w:tr>
      <w:tr w:rsidR="00163877" w14:paraId="1661D54D" w14:textId="77777777" w:rsidTr="00025872">
        <w:trPr>
          <w:trHeight w:val="20"/>
          <w:jc w:val="center"/>
        </w:trPr>
        <w:tc>
          <w:tcPr>
            <w:tcW w:w="3386"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0EA5E799" w14:textId="77777777" w:rsidR="00163877" w:rsidRPr="009B0595" w:rsidRDefault="00000000" w:rsidP="001D0BB2">
            <w:pPr>
              <w:spacing w:after="0" w:line="240" w:lineRule="auto"/>
            </w:pPr>
            <w:r w:rsidRPr="009B0595">
              <w:t>Billet avec repas et boisson</w:t>
            </w:r>
          </w:p>
        </w:tc>
        <w:tc>
          <w:tcPr>
            <w:tcW w:w="6082" w:type="dxa"/>
            <w:tcBorders>
              <w:top w:val="single" w:sz="4" w:space="0" w:color="D9D9D9"/>
              <w:left w:val="single" w:sz="4" w:space="0" w:color="D9D9D9"/>
              <w:bottom w:val="single" w:sz="4" w:space="0" w:color="D9D9D9"/>
              <w:right w:val="single" w:sz="4" w:space="0" w:color="D9D9D9"/>
            </w:tcBorders>
            <w:tcMar>
              <w:top w:w="115" w:type="dxa"/>
              <w:left w:w="115" w:type="dxa"/>
              <w:bottom w:w="115" w:type="dxa"/>
              <w:right w:w="115" w:type="dxa"/>
            </w:tcMar>
            <w:vAlign w:val="center"/>
          </w:tcPr>
          <w:p w14:paraId="0DB29098" w14:textId="77777777" w:rsidR="00163877" w:rsidRDefault="00000000" w:rsidP="001D0BB2">
            <w:pPr>
              <w:spacing w:after="0" w:line="240" w:lineRule="auto"/>
            </w:pPr>
            <w:r>
              <w:t>25 €</w:t>
            </w:r>
          </w:p>
        </w:tc>
      </w:tr>
    </w:tbl>
    <w:p w14:paraId="42409E09" w14:textId="77777777" w:rsidR="00163877" w:rsidRPr="009B0595" w:rsidRDefault="009D54DA" w:rsidP="00567A65">
      <w:pPr>
        <w:pStyle w:val="Heading2"/>
      </w:pPr>
      <w:r>
        <w:rPr>
          <w:rFonts w:ascii="SF Compact Text" w:eastAsiaTheme="minorEastAsia" w:hAnsi="SF Compact Text" w:cstheme="minorBidi"/>
          <w:b w:val="0"/>
          <w:bCs w:val="0"/>
          <w:noProof/>
          <w:sz w:val="22"/>
          <w:szCs w:val="22"/>
        </w:rPr>
        <mc:AlternateContent>
          <mc:Choice Requires="wps">
            <w:drawing>
              <wp:anchor distT="0" distB="0" distL="114300" distR="114300" simplePos="0" relativeHeight="251688960" behindDoc="0" locked="0" layoutInCell="1" allowOverlap="1" wp14:anchorId="07B64CDE" wp14:editId="53B3EF0F">
                <wp:simplePos x="0" y="0"/>
                <wp:positionH relativeFrom="column">
                  <wp:posOffset>1075055</wp:posOffset>
                </wp:positionH>
                <wp:positionV relativeFrom="paragraph">
                  <wp:posOffset>241300</wp:posOffset>
                </wp:positionV>
                <wp:extent cx="57150" cy="1075055"/>
                <wp:effectExtent l="0" t="0" r="6350" b="4445"/>
                <wp:wrapSquare wrapText="bothSides"/>
                <wp:docPr id="2137990635" name="Text Box 12"/>
                <wp:cNvGraphicFramePr/>
                <a:graphic xmlns:a="http://schemas.openxmlformats.org/drawingml/2006/main">
                  <a:graphicData uri="http://schemas.microsoft.com/office/word/2010/wordprocessingShape">
                    <wps:wsp>
                      <wps:cNvSpPr txBox="1"/>
                      <wps:spPr>
                        <a:xfrm>
                          <a:off x="0" y="0"/>
                          <a:ext cx="57150" cy="1075055"/>
                        </a:xfrm>
                        <a:prstGeom prst="rect">
                          <a:avLst/>
                        </a:prstGeom>
                        <a:solidFill>
                          <a:schemeClr val="lt1"/>
                        </a:solidFill>
                        <a:ln w="6350">
                          <a:noFill/>
                        </a:ln>
                      </wps:spPr>
                      <wps:txbx>
                        <w:txbxContent>
                          <w:p w14:paraId="5C9A0969" w14:textId="77777777" w:rsidR="009D54DA" w:rsidRPr="00156C1A" w:rsidRDefault="009D54DA" w:rsidP="009D54DA">
                            <w:pPr>
                              <w:pStyle w:val="Caption"/>
                              <w:jc w:val="center"/>
                              <w:rPr>
                                <w:rStyle w:val="Emphasi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64CDE" id="_x0000_s1031" type="#_x0000_t202" style="position:absolute;margin-left:84.65pt;margin-top:19pt;width:4.5pt;height:8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" fillcolor="white [3201]" stroked="f" strokeweight=".5pt">
                <v:textbox>
                  <w:txbxContent>
                    <w:p w14:paraId="5C9A0969" w14:textId="77777777" w:rsidR="009D54DA" w:rsidRPr="00156C1A" w:rsidRDefault="009D54DA" w:rsidP="009D54DA">
                      <w:pPr>
                        <w:pStyle w:val="Caption"/>
                        <w:jc w:val="center"/>
                        <w:rPr>
                          <w:rStyle w:val="Emphasis"/>
                        </w:rPr>
                      </w:pPr>
                    </w:p>
                  </w:txbxContent>
                </v:textbox>
                <w10:wrap type="square"/>
              </v:shape>
            </w:pict>
          </mc:Fallback>
        </mc:AlternateContent>
      </w:r>
      <w:r>
        <w:rPr>
          <w:noProof/>
        </w:rPr>
        <w:drawing>
          <wp:anchor distT="0" distB="0" distL="114300" distR="114300" simplePos="0" relativeHeight="251675648" behindDoc="0" locked="0" layoutInCell="1" allowOverlap="1" wp14:anchorId="55D6CC19" wp14:editId="79698FAD">
            <wp:simplePos x="0" y="0"/>
            <wp:positionH relativeFrom="column">
              <wp:posOffset>-34925</wp:posOffset>
            </wp:positionH>
            <wp:positionV relativeFrom="paragraph">
              <wp:posOffset>243205</wp:posOffset>
            </wp:positionV>
            <wp:extent cx="1007110" cy="1044575"/>
            <wp:effectExtent l="0" t="0" r="0" b="0"/>
            <wp:wrapSquare wrapText="bothSides"/>
            <wp:docPr id="3645242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524265" name="Picture 364524265"/>
                    <pic:cNvPicPr/>
                  </pic:nvPicPr>
                  <pic:blipFill>
                    <a:blip r:embed="rId34"/>
                    <a:stretch>
                      <a:fillRect/>
                    </a:stretch>
                  </pic:blipFill>
                  <pic:spPr>
                    <a:xfrm>
                      <a:off x="0" y="0"/>
                      <a:ext cx="1007110" cy="10445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45AD6052" wp14:editId="0ED29B3F">
            <wp:simplePos x="0" y="0"/>
            <wp:positionH relativeFrom="column">
              <wp:posOffset>5193734</wp:posOffset>
            </wp:positionH>
            <wp:positionV relativeFrom="paragraph">
              <wp:posOffset>247650</wp:posOffset>
            </wp:positionV>
            <wp:extent cx="1044575" cy="1044575"/>
            <wp:effectExtent l="0" t="0" r="0" b="0"/>
            <wp:wrapSquare wrapText="bothSides"/>
            <wp:docPr id="3685288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28824" name="Picture 368528824"/>
                    <pic:cNvPicPr/>
                  </pic:nvPicPr>
                  <pic:blipFill>
                    <a:blip r:embed="rId35"/>
                    <a:stretch>
                      <a:fillRect/>
                    </a:stretch>
                  </pic:blipFill>
                  <pic:spPr>
                    <a:xfrm>
                      <a:off x="0" y="0"/>
                      <a:ext cx="1044575" cy="1044575"/>
                    </a:xfrm>
                    <a:prstGeom prst="rect">
                      <a:avLst/>
                    </a:prstGeom>
                  </pic:spPr>
                </pic:pic>
              </a:graphicData>
            </a:graphic>
            <wp14:sizeRelH relativeFrom="page">
              <wp14:pctWidth>0</wp14:pctWidth>
            </wp14:sizeRelH>
            <wp14:sizeRelV relativeFrom="page">
              <wp14:pctHeight>0</wp14:pctHeight>
            </wp14:sizeRelV>
          </wp:anchor>
        </w:drawing>
      </w:r>
      <w:r w:rsidRPr="009B0595">
        <w:t>Donner des moyens à la représentation étudiante</w:t>
      </w:r>
    </w:p>
    <w:p w14:paraId="43FBA429" w14:textId="77777777" w:rsidR="009D54DA" w:rsidRDefault="00283430" w:rsidP="009D54DA">
      <w:pPr>
        <w:jc w:val="both"/>
      </w:pPr>
      <w:r>
        <w:rPr>
          <w:b/>
          <w:bCs/>
          <w:noProof/>
        </w:rPr>
        <mc:AlternateContent>
          <mc:Choice Requires="wps">
            <w:drawing>
              <wp:anchor distT="0" distB="0" distL="114300" distR="114300" simplePos="0" relativeHeight="251686912" behindDoc="0" locked="0" layoutInCell="1" allowOverlap="1" wp14:anchorId="76D1C396" wp14:editId="592322BB">
                <wp:simplePos x="0" y="0"/>
                <wp:positionH relativeFrom="column">
                  <wp:posOffset>4882515</wp:posOffset>
                </wp:positionH>
                <wp:positionV relativeFrom="paragraph">
                  <wp:posOffset>983615</wp:posOffset>
                </wp:positionV>
                <wp:extent cx="1661160" cy="530860"/>
                <wp:effectExtent l="0" t="0" r="2540" b="2540"/>
                <wp:wrapSquare wrapText="bothSides"/>
                <wp:docPr id="1311001079" name="Text Box 12"/>
                <wp:cNvGraphicFramePr/>
                <a:graphic xmlns:a="http://schemas.openxmlformats.org/drawingml/2006/main">
                  <a:graphicData uri="http://schemas.microsoft.com/office/word/2010/wordprocessingShape">
                    <wps:wsp>
                      <wps:cNvSpPr txBox="1"/>
                      <wps:spPr>
                        <a:xfrm>
                          <a:off x="0" y="0"/>
                          <a:ext cx="1661160" cy="530860"/>
                        </a:xfrm>
                        <a:prstGeom prst="rect">
                          <a:avLst/>
                        </a:prstGeom>
                        <a:solidFill>
                          <a:schemeClr val="lt1"/>
                        </a:solidFill>
                        <a:ln w="6350">
                          <a:noFill/>
                        </a:ln>
                      </wps:spPr>
                      <wps:txbx>
                        <w:txbxContent>
                          <w:p w14:paraId="5B61F803" w14:textId="77777777" w:rsidR="009D54DA" w:rsidRPr="00156C1A" w:rsidRDefault="009D54DA" w:rsidP="009D54DA">
                            <w:pPr>
                              <w:pStyle w:val="Caption"/>
                              <w:jc w:val="center"/>
                              <w:rPr>
                                <w:rStyle w:val="Emphasis"/>
                              </w:rPr>
                            </w:pPr>
                            <w:r>
                              <w:t>Logo du Bureau des étudiants créé pour les représentants des étudiants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1C396" id="_x0000_s1032" type="#_x0000_t202" style="position:absolute;left:0;text-align:left;margin-left:384.45pt;margin-top:77.45pt;width:130.8pt;height:4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" fillcolor="white [3201]" stroked="f" strokeweight=".5pt">
                <v:textbox>
                  <w:txbxContent>
                    <w:p w14:paraId="5B61F803" w14:textId="77777777" w:rsidR="009D54DA" w:rsidRPr="00156C1A" w:rsidRDefault="009D54DA" w:rsidP="009D54DA">
                      <w:pPr>
                        <w:pStyle w:val="Caption"/>
                        <w:jc w:val="center"/>
                        <w:rPr>
                          <w:rStyle w:val="Emphasis"/>
                        </w:rPr>
                      </w:pPr>
                      <w:r>
                        <w:t>Logo du Bureau des étudiants créé pour les représentants des étudiants</w:t>
                      </w:r>
                    </w:p>
                  </w:txbxContent>
                </v:textbox>
                <w10:wrap type="square"/>
              </v:shape>
            </w:pict>
          </mc:Fallback>
        </mc:AlternateContent>
      </w:r>
      <w:r w:rsidR="009D54DA">
        <w:rPr>
          <w:b/>
          <w:bCs/>
          <w:noProof/>
        </w:rPr>
        <mc:AlternateContent>
          <mc:Choice Requires="wps">
            <w:drawing>
              <wp:anchor distT="0" distB="0" distL="114300" distR="114300" simplePos="0" relativeHeight="251684864" behindDoc="0" locked="0" layoutInCell="1" allowOverlap="1" wp14:anchorId="3325F22D" wp14:editId="50317CC4">
                <wp:simplePos x="0" y="0"/>
                <wp:positionH relativeFrom="column">
                  <wp:posOffset>-201930</wp:posOffset>
                </wp:positionH>
                <wp:positionV relativeFrom="paragraph">
                  <wp:posOffset>982345</wp:posOffset>
                </wp:positionV>
                <wp:extent cx="1334135" cy="500380"/>
                <wp:effectExtent l="0" t="0" r="0" b="0"/>
                <wp:wrapSquare wrapText="bothSides"/>
                <wp:docPr id="1701081128" name="Text Box 12"/>
                <wp:cNvGraphicFramePr/>
                <a:graphic xmlns:a="http://schemas.openxmlformats.org/drawingml/2006/main">
                  <a:graphicData uri="http://schemas.microsoft.com/office/word/2010/wordprocessingShape">
                    <wps:wsp>
                      <wps:cNvSpPr txBox="1"/>
                      <wps:spPr>
                        <a:xfrm>
                          <a:off x="0" y="0"/>
                          <a:ext cx="1334135" cy="500380"/>
                        </a:xfrm>
                        <a:prstGeom prst="rect">
                          <a:avLst/>
                        </a:prstGeom>
                        <a:solidFill>
                          <a:schemeClr val="lt1"/>
                        </a:solidFill>
                        <a:ln w="6350">
                          <a:noFill/>
                        </a:ln>
                      </wps:spPr>
                      <wps:txbx>
                        <w:txbxContent>
                          <w:p w14:paraId="08CBBC89" w14:textId="77777777" w:rsidR="009D54DA" w:rsidRPr="00156C1A" w:rsidRDefault="009D54DA" w:rsidP="009D54DA">
                            <w:pPr>
                              <w:pStyle w:val="Caption"/>
                              <w:jc w:val="center"/>
                              <w:rPr>
                                <w:rStyle w:val="Emphasis"/>
                              </w:rPr>
                            </w:pPr>
                            <w:r>
                              <w:t>Logo de ma liste des représentants des étudiants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5F22D" id="_x0000_s1033" type="#_x0000_t202" style="position:absolute;left:0;text-align:left;margin-left:-15.9pt;margin-top:77.35pt;width:105.05pt;height:3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" fillcolor="white [3201]" stroked="f" strokeweight=".5pt">
                <v:textbox>
                  <w:txbxContent>
                    <w:p w14:paraId="08CBBC89" w14:textId="77777777" w:rsidR="009D54DA" w:rsidRPr="00156C1A" w:rsidRDefault="009D54DA" w:rsidP="009D54DA">
                      <w:pPr>
                        <w:pStyle w:val="Caption"/>
                        <w:jc w:val="center"/>
                        <w:rPr>
                          <w:rStyle w:val="Emphasis"/>
                        </w:rPr>
                      </w:pPr>
                      <w:r>
                        <w:t>Logo de ma liste des représentants des étudiants</w:t>
                      </w:r>
                    </w:p>
                  </w:txbxContent>
                </v:textbox>
                <w10:wrap type="square"/>
              </v:shape>
            </w:pict>
          </mc:Fallback>
        </mc:AlternateContent>
      </w:r>
      <w:r w:rsidR="009D54DA" w:rsidRPr="009B0595">
        <w:t>Représentant des étudiants et tête de liste</w:t>
      </w:r>
      <w:r w:rsidR="008E694F">
        <w:t xml:space="preserve"> (LaListeDes6)</w:t>
      </w:r>
      <w:r w:rsidR="009D54DA" w:rsidRPr="009B0595">
        <w:t>, j’ai porté plusieurs initiatives pour la vie de l’IUT, dont des formations aux premiers secours PSC1 proposées gratuitement aux étudiants. J’ai également doté les représentants d’une structure associative, l’Inter BDE de l’IUT de Chambéry,</w:t>
      </w:r>
      <w:r w:rsidR="00B7449D">
        <w:t xml:space="preserve"> et d’une identité visuelle forte</w:t>
      </w:r>
      <w:r w:rsidR="009D54DA" w:rsidRPr="009B0595">
        <w:t xml:space="preserve"> pour leur permettre de décider et de financer leurs propres projets avec davantage d’autonomie.</w:t>
      </w:r>
    </w:p>
    <w:p w14:paraId="27D595CF" w14:textId="77777777" w:rsidR="00163877" w:rsidRPr="009B0595" w:rsidRDefault="00000000" w:rsidP="00567A65">
      <w:pPr>
        <w:pStyle w:val="Heading2"/>
      </w:pPr>
      <w:r w:rsidRPr="009B0595">
        <w:t>Le projet de gala</w:t>
      </w:r>
    </w:p>
    <w:p w14:paraId="47E0E2AB" w14:textId="77777777" w:rsidR="00163877" w:rsidRPr="009B0595" w:rsidRDefault="00000000" w:rsidP="00567A65">
      <w:r w:rsidRPr="009B0595">
        <w:t>Avant de rejoindre l’UTBM, j’ai piloté, en tant que président, l’organisation d’un gala réunissant 550 étudiants et membres du personnel au casino d’Aix-les-Bains. L’ambition était de proposer une soirée de qualité tout en maintenant un billet accessible à 25 €, repas et boisson compris. La programmation associait traiteur, magiciens, danseurs, groupes de jazz et DJ.</w:t>
      </w:r>
    </w:p>
    <w:p w14:paraId="19648401" w14:textId="77777777" w:rsidR="00163877" w:rsidRPr="009B0595" w:rsidRDefault="00000000" w:rsidP="00567A65">
      <w:pPr>
        <w:pStyle w:val="Heading2"/>
      </w:pPr>
      <w:r w:rsidRPr="009B0595">
        <w:t>Mon rôle de coordination</w:t>
      </w:r>
    </w:p>
    <w:p w14:paraId="4028D196" w14:textId="77777777" w:rsidR="00163877" w:rsidRPr="009B0595" w:rsidRDefault="00000000" w:rsidP="001D0BB2">
      <w:pPr>
        <w:jc w:val="both"/>
      </w:pPr>
      <w:r w:rsidRPr="009B0595">
        <w:t>J’ai assuré la coordination générale avec une équipe rapprochée de six personnes et la participation des cinq autres BDE de l’IUT. Il fallait articuler les besoins des différents intervenants, répartir les responsabilités et maintenir une direction commune jusqu’à l’événement.</w:t>
      </w:r>
    </w:p>
    <w:p w14:paraId="78FD3C4F" w14:textId="77777777" w:rsidR="00163877" w:rsidRPr="009B0595" w:rsidRDefault="00000000" w:rsidP="001D0BB2">
      <w:pPr>
        <w:jc w:val="both"/>
      </w:pPr>
      <w:r w:rsidRPr="009B0595">
        <w:t>Le budget de 33 000 € reposait sur plusieurs ressources : les partenaires et sponsors, les marges sur les ventes de boissons, trois soirées organisées en amont pour récolter des fonds et la billetterie. Cette combinaison a permis de concilier l’ampleur de l’événement et l’accessibilité du prix d’entrée.</w:t>
      </w:r>
    </w:p>
    <w:p w14:paraId="25FF9438" w14:textId="77777777" w:rsidR="00163877" w:rsidRPr="009B0595" w:rsidRDefault="00000000" w:rsidP="00567A65">
      <w:pPr>
        <w:pStyle w:val="Heading2"/>
      </w:pPr>
      <w:r w:rsidRPr="009B0595">
        <w:t>Résultat et compétences</w:t>
      </w:r>
    </w:p>
    <w:p w14:paraId="58E5E303" w14:textId="77777777" w:rsidR="001558B3" w:rsidRPr="001558B3" w:rsidRDefault="00000000" w:rsidP="001558B3">
      <w:r w:rsidRPr="009B0595">
        <w:t>Le gala a rassemblé les 550 convives autour d’un projet commun aux étudiants et aux personnels. Cette responsabilité m’a fait progresser en pilotage de projet, construction budgétaire, coordination de partenaires et animation d’équipe. J’ai appris à déléguer, à expliquer mes choix et à tenir ensemble une ambition collective et des contraintes concrètes.</w:t>
      </w:r>
    </w:p>
    <w:sectPr w:rsidR="001558B3" w:rsidRPr="001558B3" w:rsidSect="00BC338D">
      <w:footerReference w:type="default" r:id="rId36"/>
      <w:pgSz w:w="12240" w:h="15840"/>
      <w:pgMar w:top="670" w:right="1123" w:bottom="936" w:left="1123" w:header="36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D72C32" w14:textId="77777777" w:rsidR="00392459" w:rsidRDefault="00392459" w:rsidP="00567A65">
      <w:r>
        <w:separator/>
      </w:r>
    </w:p>
  </w:endnote>
  <w:endnote w:type="continuationSeparator" w:id="0">
    <w:p w14:paraId="7A1C79F6" w14:textId="77777777" w:rsidR="00392459" w:rsidRDefault="00392459" w:rsidP="00567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F Compact Text">
    <w:panose1 w:val="00000000000000000000"/>
    <w:charset w:val="4D"/>
    <w:family w:val="auto"/>
    <w:notTrueType/>
    <w:pitch w:val="variable"/>
    <w:sig w:usb0="0000000F" w:usb1="00000000" w:usb2="00000000" w:usb3="00000000" w:csb0="00000113" w:csb1="00000000"/>
  </w:font>
  <w:font w:name="SF Pro">
    <w:panose1 w:val="00000000000000000000"/>
    <w:charset w:val="00"/>
    <w:family w:val="auto"/>
    <w:pitch w:val="variable"/>
    <w:sig w:usb0="E10002FF" w:usb1="5241EDFF" w:usb2="0400802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SF Pro Semibold">
    <w:panose1 w:val="00000000000000000000"/>
    <w:charset w:val="00"/>
    <w:family w:val="auto"/>
    <w:pitch w:val="variable"/>
    <w:sig w:usb0="E10002FF" w:usb1="5241EDFF" w:usb2="04008020" w:usb3="00000000" w:csb0="0000019F" w:csb1="00000000"/>
  </w:font>
  <w:font w:name="SF Pro Thin">
    <w:panose1 w:val="00000000000000000000"/>
    <w:charset w:val="00"/>
    <w:family w:val="auto"/>
    <w:pitch w:val="variable"/>
    <w:sig w:usb0="E10002FF" w:usb1="5241EDFF" w:usb2="04008020" w:usb3="00000000" w:csb0="000001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42A8F" w14:textId="77777777" w:rsidR="00163877" w:rsidRDefault="00000000" w:rsidP="00567A65">
    <w:pPr>
      <w:pStyle w:val="Footer"/>
    </w:pPr>
    <w:r>
      <w:t xml:space="preserve">Aristide </w:t>
    </w:r>
    <w:r w:rsidR="000D6FE4">
      <w:t xml:space="preserve">Julien </w:t>
    </w:r>
    <w:proofErr w:type="gramStart"/>
    <w:r w:rsidR="000D6FE4">
      <w:t>/</w:t>
    </w:r>
    <w:r>
      <w:t xml:space="preserve">  Portfolio</w:t>
    </w:r>
    <w:proofErr w:type="gramEnd"/>
    <w:r>
      <w:t xml:space="preserve"> de projets    </w:t>
    </w:r>
    <w:r>
      <w:fldChar w:fldCharType="begin"/>
    </w:r>
    <w:r>
      <w:instrText>PAGE</w:instrText>
    </w:r>
    <w:r>
      <w:fldChar w:fldCharType="separate"/>
    </w:r>
    <w:r w:rsidR="009B059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15BF24" w14:textId="77777777" w:rsidR="00392459" w:rsidRDefault="00392459" w:rsidP="00567A65">
      <w:r>
        <w:separator/>
      </w:r>
    </w:p>
  </w:footnote>
  <w:footnote w:type="continuationSeparator" w:id="0">
    <w:p w14:paraId="7562E556" w14:textId="77777777" w:rsidR="00392459" w:rsidRDefault="00392459" w:rsidP="00567A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319200">
    <w:abstractNumId w:val="8"/>
  </w:num>
  <w:num w:numId="2" w16cid:durableId="1202093836">
    <w:abstractNumId w:val="6"/>
  </w:num>
  <w:num w:numId="3" w16cid:durableId="1183737873">
    <w:abstractNumId w:val="5"/>
  </w:num>
  <w:num w:numId="4" w16cid:durableId="2126658802">
    <w:abstractNumId w:val="4"/>
  </w:num>
  <w:num w:numId="5" w16cid:durableId="981889642">
    <w:abstractNumId w:val="7"/>
  </w:num>
  <w:num w:numId="6" w16cid:durableId="1948345143">
    <w:abstractNumId w:val="3"/>
  </w:num>
  <w:num w:numId="7" w16cid:durableId="485904314">
    <w:abstractNumId w:val="2"/>
  </w:num>
  <w:num w:numId="8" w16cid:durableId="1728649108">
    <w:abstractNumId w:val="1"/>
  </w:num>
  <w:num w:numId="9" w16cid:durableId="4992003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ED0"/>
    <w:rsid w:val="000132B2"/>
    <w:rsid w:val="00025872"/>
    <w:rsid w:val="00034616"/>
    <w:rsid w:val="0003727A"/>
    <w:rsid w:val="0006063C"/>
    <w:rsid w:val="0008437D"/>
    <w:rsid w:val="000D6FE4"/>
    <w:rsid w:val="000F1EDB"/>
    <w:rsid w:val="00107359"/>
    <w:rsid w:val="00124425"/>
    <w:rsid w:val="0015074B"/>
    <w:rsid w:val="001558B3"/>
    <w:rsid w:val="00156C1A"/>
    <w:rsid w:val="00163877"/>
    <w:rsid w:val="001D0BB2"/>
    <w:rsid w:val="0024379B"/>
    <w:rsid w:val="00283430"/>
    <w:rsid w:val="0028590A"/>
    <w:rsid w:val="0029639D"/>
    <w:rsid w:val="002B5494"/>
    <w:rsid w:val="00326F90"/>
    <w:rsid w:val="00336835"/>
    <w:rsid w:val="00351892"/>
    <w:rsid w:val="00392459"/>
    <w:rsid w:val="004434C8"/>
    <w:rsid w:val="00463B2E"/>
    <w:rsid w:val="00477106"/>
    <w:rsid w:val="004B5C07"/>
    <w:rsid w:val="00541753"/>
    <w:rsid w:val="00567A65"/>
    <w:rsid w:val="005B01CC"/>
    <w:rsid w:val="0060371B"/>
    <w:rsid w:val="0065029A"/>
    <w:rsid w:val="0073338C"/>
    <w:rsid w:val="00752070"/>
    <w:rsid w:val="00867FE4"/>
    <w:rsid w:val="008D226D"/>
    <w:rsid w:val="008E2F01"/>
    <w:rsid w:val="008E694F"/>
    <w:rsid w:val="00930EA1"/>
    <w:rsid w:val="00935455"/>
    <w:rsid w:val="009B0595"/>
    <w:rsid w:val="009D54DA"/>
    <w:rsid w:val="00A25283"/>
    <w:rsid w:val="00A734A1"/>
    <w:rsid w:val="00AA1D8D"/>
    <w:rsid w:val="00AA2E7E"/>
    <w:rsid w:val="00B47730"/>
    <w:rsid w:val="00B7449D"/>
    <w:rsid w:val="00B766D3"/>
    <w:rsid w:val="00B7673C"/>
    <w:rsid w:val="00BC338D"/>
    <w:rsid w:val="00BC5BF7"/>
    <w:rsid w:val="00C06BA7"/>
    <w:rsid w:val="00C13FD9"/>
    <w:rsid w:val="00CB0664"/>
    <w:rsid w:val="00D16D31"/>
    <w:rsid w:val="00DF1D47"/>
    <w:rsid w:val="00DF7C03"/>
    <w:rsid w:val="00E56523"/>
    <w:rsid w:val="00E757FE"/>
    <w:rsid w:val="00E91D36"/>
    <w:rsid w:val="00FA74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627503"/>
  <w14:defaultImageDpi w14:val="300"/>
  <w15:docId w15:val="{5FBBD226-B9D9-1C49-824C-81100852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A65"/>
    <w:pPr>
      <w:spacing w:after="100" w:line="264" w:lineRule="auto"/>
    </w:pPr>
    <w:rPr>
      <w:rFonts w:ascii="SF Compact Text" w:hAnsi="SF Compact Text"/>
      <w:color w:val="000000"/>
      <w:lang w:val="fr-FR"/>
    </w:rPr>
  </w:style>
  <w:style w:type="paragraph" w:styleId="Heading1">
    <w:name w:val="heading 1"/>
    <w:basedOn w:val="Normal"/>
    <w:next w:val="Normal"/>
    <w:link w:val="Heading1Char"/>
    <w:uiPriority w:val="9"/>
    <w:qFormat/>
    <w:rsid w:val="00E56523"/>
    <w:pPr>
      <w:keepNext/>
      <w:keepLines/>
      <w:spacing w:after="80"/>
      <w:outlineLvl w:val="0"/>
    </w:pPr>
    <w:rPr>
      <w:rFonts w:ascii="SF Pro" w:eastAsiaTheme="majorEastAsia" w:hAnsi="SF Pro" w:cstheme="majorBidi"/>
      <w:color w:val="806A49"/>
      <w:sz w:val="5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rsid w:val="00FC693F"/>
    <w:pPr>
      <w:spacing w:after="0" w:line="240" w:lineRule="auto"/>
    </w:pPr>
  </w:style>
  <w:style w:type="character" w:customStyle="1" w:styleId="Heading1Char">
    <w:name w:val="Heading 1 Char"/>
    <w:basedOn w:val="DefaultParagraphFont"/>
    <w:link w:val="Heading1"/>
    <w:uiPriority w:val="9"/>
    <w:rsid w:val="00E56523"/>
    <w:rPr>
      <w:rFonts w:ascii="SF Pro" w:eastAsiaTheme="majorEastAsia" w:hAnsi="SF Pro" w:cstheme="majorBidi"/>
      <w:color w:val="806A49"/>
      <w:sz w:val="52"/>
      <w:szCs w:val="28"/>
      <w:lang w:val="fr-FR"/>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567A65"/>
    <w:rPr>
      <w:rFonts w:ascii="SF Pro Semibold" w:hAnsi="SF Pro Semibold"/>
      <w:sz w:val="72"/>
      <w:szCs w:val="72"/>
    </w:rPr>
  </w:style>
  <w:style w:type="character" w:customStyle="1" w:styleId="TitleChar">
    <w:name w:val="Title Char"/>
    <w:basedOn w:val="DefaultParagraphFont"/>
    <w:link w:val="Title"/>
    <w:uiPriority w:val="10"/>
    <w:rsid w:val="00567A65"/>
    <w:rPr>
      <w:rFonts w:ascii="SF Pro Semibold" w:hAnsi="SF Pro Semibold"/>
      <w:color w:val="000000"/>
      <w:sz w:val="72"/>
      <w:szCs w:val="72"/>
      <w:lang w:val="fr-FR"/>
    </w:rPr>
  </w:style>
  <w:style w:type="paragraph" w:styleId="Subtitle">
    <w:name w:val="Subtitle"/>
    <w:basedOn w:val="Normal"/>
    <w:next w:val="Normal"/>
    <w:link w:val="SubtitleChar"/>
    <w:uiPriority w:val="11"/>
    <w:qFormat/>
    <w:rsid w:val="00567A65"/>
    <w:pPr>
      <w:numPr>
        <w:ilvl w:val="1"/>
      </w:numPr>
      <w:spacing w:after="180"/>
    </w:pPr>
    <w:rPr>
      <w:rFonts w:ascii="SF Pro Thin" w:eastAsiaTheme="majorEastAsia" w:hAnsi="SF Pro Thin" w:cstheme="majorBidi"/>
      <w:spacing w:val="15"/>
      <w:sz w:val="28"/>
      <w:szCs w:val="24"/>
    </w:rPr>
  </w:style>
  <w:style w:type="character" w:customStyle="1" w:styleId="SubtitleChar">
    <w:name w:val="Subtitle Char"/>
    <w:basedOn w:val="DefaultParagraphFont"/>
    <w:link w:val="Subtitle"/>
    <w:uiPriority w:val="11"/>
    <w:rsid w:val="00567A65"/>
    <w:rPr>
      <w:rFonts w:ascii="SF Pro Thin" w:eastAsiaTheme="majorEastAsia" w:hAnsi="SF Pro Thin" w:cstheme="majorBidi"/>
      <w:color w:val="000000"/>
      <w:spacing w:val="15"/>
      <w:sz w:val="28"/>
      <w:szCs w:val="24"/>
      <w:lang w:val="fr-FR"/>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E56523"/>
    <w:pPr>
      <w:spacing w:after="140" w:line="252" w:lineRule="auto"/>
    </w:pPr>
    <w:rPr>
      <w:color w:val="806A49"/>
      <w:sz w:val="17"/>
      <w:szCs w:val="18"/>
    </w:rPr>
  </w:style>
  <w:style w:type="character" w:styleId="Strong">
    <w:name w:val="Strong"/>
    <w:basedOn w:val="DefaultParagraphFont"/>
    <w:uiPriority w:val="22"/>
    <w:qFormat/>
    <w:rsid w:val="00FC693F"/>
    <w:rPr>
      <w:b/>
      <w:bCs/>
    </w:rPr>
  </w:style>
  <w:style w:type="character" w:styleId="Emphasis">
    <w:name w:val="Emphasis"/>
    <w:uiPriority w:val="20"/>
    <w:qFormat/>
    <w:rsid w:val="00E91D36"/>
    <w:rPr>
      <w:color w:val="806A49"/>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uiPriority w:val="19"/>
    <w:qFormat/>
    <w:rsid w:val="000132B2"/>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0132B2"/>
    <w:pPr>
      <w:ind w:left="220"/>
    </w:pPr>
  </w:style>
  <w:style w:type="paragraph" w:styleId="TOC1">
    <w:name w:val="toc 1"/>
    <w:basedOn w:val="Normal"/>
    <w:next w:val="Normal"/>
    <w:autoRedefine/>
    <w:uiPriority w:val="39"/>
    <w:unhideWhenUsed/>
    <w:rsid w:val="000132B2"/>
  </w:style>
  <w:style w:type="character" w:styleId="Hyperlink">
    <w:name w:val="Hyperlink"/>
    <w:basedOn w:val="DefaultParagraphFont"/>
    <w:uiPriority w:val="99"/>
    <w:unhideWhenUsed/>
    <w:rsid w:val="000132B2"/>
    <w:rPr>
      <w:color w:val="0000FF" w:themeColor="hyperlink"/>
      <w:u w:val="single"/>
    </w:rPr>
  </w:style>
  <w:style w:type="paragraph" w:styleId="TOC4">
    <w:name w:val="toc 4"/>
    <w:basedOn w:val="Normal"/>
    <w:next w:val="Normal"/>
    <w:autoRedefine/>
    <w:uiPriority w:val="39"/>
    <w:semiHidden/>
    <w:unhideWhenUsed/>
    <w:rsid w:val="00E91D36"/>
    <w:pPr>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emf"/><Relationship Id="rId21" Type="http://schemas.openxmlformats.org/officeDocument/2006/relationships/image" Target="media/image13.png"/><Relationship Id="rId34" Type="http://schemas.openxmlformats.org/officeDocument/2006/relationships/image" Target="media/image24.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emf"/><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yperlink" Target="https://parcoursest.ca/concours-create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hyperlink" Target="https://www.createk.co/bourses-entrepreneuriales" TargetMode="External"/><Relationship Id="rId35" Type="http://schemas.openxmlformats.org/officeDocument/2006/relationships/image" Target="media/image25.png"/><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3160</Words>
  <Characters>18014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Portfolio de projets</vt:lpstr>
    </vt:vector>
  </TitlesOfParts>
  <Manager/>
  <Company/>
  <LinksUpToDate>false</LinksUpToDate>
  <CharactersWithSpaces>21132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Portfolio de projets</dc:title>
  <dc:subject>Projets académiques, stages et engagement étudiant</dc:subject>
  <dc:creator>Aristide Julien</dc:creator>
  <cp:keywords>conception mécanique, design produit, matériaux, portfolio</cp:keywords>
  <dc:description/>
  <cp:lastModifiedBy>Aristide Marc Christian Julien (Student)</cp:lastModifiedBy>
  <cp:revision>9</cp:revision>
  <cp:lastPrinted>2026-10-07T21:30:00Z</cp:lastPrinted>
  <dcterms:created xsi:type="dcterms:W3CDTF">2026-10-07T21:30:00Z</dcterms:created>
  <dcterms:modified xsi:type="dcterms:W3CDTF">2026-10-17T22:34:00Z</dcterms:modified>
  <cp:category/>
</cp:coreProperties>
</file>